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E29" w:rsidRDefault="002E6E29">
      <w:pPr>
        <w:autoSpaceDE w:val="0"/>
        <w:autoSpaceDN w:val="0"/>
        <w:spacing w:after="78" w:line="220" w:lineRule="exact"/>
      </w:pPr>
    </w:p>
    <w:p w:rsidR="002E6E29" w:rsidRPr="00614B77" w:rsidRDefault="00614B77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2E6E29" w:rsidRPr="00614B77" w:rsidRDefault="00614B77">
      <w:pPr>
        <w:autoSpaceDE w:val="0"/>
        <w:autoSpaceDN w:val="0"/>
        <w:spacing w:before="670" w:after="0" w:line="230" w:lineRule="auto"/>
        <w:ind w:left="13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Комитет образования, науки и молодежной политики Волгоградской области</w:t>
      </w:r>
    </w:p>
    <w:p w:rsidR="002E6E29" w:rsidRPr="00614B77" w:rsidRDefault="00614B77">
      <w:pPr>
        <w:tabs>
          <w:tab w:val="left" w:pos="3288"/>
        </w:tabs>
        <w:autoSpaceDE w:val="0"/>
        <w:autoSpaceDN w:val="0"/>
        <w:spacing w:before="670" w:after="0" w:line="262" w:lineRule="auto"/>
        <w:ind w:left="318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АДМИНИСТРАЦИЯ АЛЕКСЕЕВСКОГО МУНИЦИПАЛЬНОГО РАЙОНА ВОЛГОГРАДСКОЙ </w:t>
      </w: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ОБЛАСТИ ОТДЕЛ ОБРАЗОВАНИЯ</w:t>
      </w:r>
    </w:p>
    <w:p w:rsidR="002E6E29" w:rsidRDefault="00614B77">
      <w:pPr>
        <w:autoSpaceDE w:val="0"/>
        <w:autoSpaceDN w:val="0"/>
        <w:spacing w:before="672" w:after="1376" w:line="230" w:lineRule="auto"/>
        <w:ind w:right="3594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Трёхложинская СШ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62"/>
        <w:gridCol w:w="3180"/>
        <w:gridCol w:w="2780"/>
      </w:tblGrid>
      <w:tr w:rsidR="002E6E29">
        <w:trPr>
          <w:trHeight w:hRule="exact" w:val="276"/>
        </w:trPr>
        <w:tc>
          <w:tcPr>
            <w:tcW w:w="3362" w:type="dxa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5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180" w:type="dxa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50" w:after="0" w:line="230" w:lineRule="auto"/>
              <w:ind w:left="1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780" w:type="dxa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50"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УТВЕРЖДАЮ</w:t>
            </w:r>
          </w:p>
        </w:tc>
      </w:tr>
      <w:tr w:rsidR="002E6E29">
        <w:trPr>
          <w:trHeight w:hRule="exact" w:val="274"/>
        </w:trPr>
        <w:tc>
          <w:tcPr>
            <w:tcW w:w="3362" w:type="dxa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методическое объединение учителей</w:t>
            </w:r>
          </w:p>
        </w:tc>
        <w:tc>
          <w:tcPr>
            <w:tcW w:w="3180" w:type="dxa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after="0" w:line="230" w:lineRule="auto"/>
              <w:ind w:left="1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Педагог-организатор по УВР</w:t>
            </w:r>
          </w:p>
        </w:tc>
        <w:tc>
          <w:tcPr>
            <w:tcW w:w="2780" w:type="dxa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after="0" w:line="230" w:lineRule="auto"/>
              <w:ind w:left="4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2E6E29" w:rsidRDefault="002E6E29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02"/>
        <w:gridCol w:w="3640"/>
        <w:gridCol w:w="3300"/>
      </w:tblGrid>
      <w:tr w:rsidR="002E6E29">
        <w:trPr>
          <w:trHeight w:hRule="exact" w:val="466"/>
        </w:trPr>
        <w:tc>
          <w:tcPr>
            <w:tcW w:w="3202" w:type="dxa"/>
            <w:vMerge w:val="restart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26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60" w:after="0" w:line="230" w:lineRule="auto"/>
              <w:ind w:left="3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______________( Плотникова В.И. )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6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______________( Смирнова Н.В. )</w:t>
            </w:r>
          </w:p>
        </w:tc>
      </w:tr>
      <w:tr w:rsidR="002E6E29">
        <w:trPr>
          <w:trHeight w:hRule="exact" w:val="116"/>
        </w:trPr>
        <w:tc>
          <w:tcPr>
            <w:tcW w:w="3432" w:type="dxa"/>
            <w:vMerge/>
          </w:tcPr>
          <w:p w:rsidR="002E6E29" w:rsidRDefault="002E6E29"/>
        </w:tc>
        <w:tc>
          <w:tcPr>
            <w:tcW w:w="3640" w:type="dxa"/>
            <w:vMerge w:val="restart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2" w:after="0" w:line="230" w:lineRule="auto"/>
              <w:ind w:left="3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300" w:type="dxa"/>
            <w:vMerge w:val="restart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2" w:after="0" w:line="230" w:lineRule="auto"/>
              <w:ind w:left="1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№46</w:t>
            </w:r>
          </w:p>
        </w:tc>
      </w:tr>
      <w:tr w:rsidR="002E6E29">
        <w:trPr>
          <w:trHeight w:hRule="exact" w:val="304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______________( Ловягина Т.В. )</w:t>
            </w:r>
          </w:p>
        </w:tc>
        <w:tc>
          <w:tcPr>
            <w:tcW w:w="3432" w:type="dxa"/>
            <w:vMerge/>
          </w:tcPr>
          <w:p w:rsidR="002E6E29" w:rsidRDefault="002E6E29"/>
        </w:tc>
        <w:tc>
          <w:tcPr>
            <w:tcW w:w="3432" w:type="dxa"/>
            <w:vMerge/>
          </w:tcPr>
          <w:p w:rsidR="002E6E29" w:rsidRDefault="002E6E29"/>
        </w:tc>
      </w:tr>
      <w:tr w:rsidR="002E6E29">
        <w:trPr>
          <w:trHeight w:hRule="exact" w:val="48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1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after="0" w:line="230" w:lineRule="auto"/>
              <w:ind w:left="3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"28" 08  2022 г.</w:t>
            </w:r>
          </w:p>
        </w:tc>
        <w:tc>
          <w:tcPr>
            <w:tcW w:w="3300" w:type="dxa"/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after="0" w:line="230" w:lineRule="auto"/>
              <w:ind w:left="1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082022 г.</w:t>
            </w:r>
          </w:p>
        </w:tc>
      </w:tr>
    </w:tbl>
    <w:p w:rsidR="002E6E29" w:rsidRDefault="00614B77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от "28" 082022 г.</w:t>
      </w:r>
    </w:p>
    <w:p w:rsidR="002E6E29" w:rsidRDefault="00614B77">
      <w:pPr>
        <w:autoSpaceDE w:val="0"/>
        <w:autoSpaceDN w:val="0"/>
        <w:spacing w:before="1038" w:after="0" w:line="262" w:lineRule="auto"/>
        <w:ind w:left="3744" w:right="3600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РАБОЧАЯ ПРОГРАММА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(ID 566585)</w:t>
      </w:r>
    </w:p>
    <w:p w:rsidR="002E6E29" w:rsidRDefault="00614B77">
      <w:pPr>
        <w:autoSpaceDE w:val="0"/>
        <w:autoSpaceDN w:val="0"/>
        <w:spacing w:before="166" w:after="0" w:line="262" w:lineRule="auto"/>
        <w:ind w:left="4320" w:right="3888"/>
        <w:jc w:val="center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«Немецкий язык»</w:t>
      </w:r>
    </w:p>
    <w:p w:rsidR="002E6E29" w:rsidRPr="00614B77" w:rsidRDefault="00614B77">
      <w:pPr>
        <w:autoSpaceDE w:val="0"/>
        <w:autoSpaceDN w:val="0"/>
        <w:spacing w:before="670" w:after="0" w:line="262" w:lineRule="auto"/>
        <w:ind w:left="2880" w:right="2592"/>
        <w:jc w:val="center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для 2 класса начального общего образования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2E6E29" w:rsidRPr="00614B77" w:rsidRDefault="00614B77">
      <w:pPr>
        <w:autoSpaceDE w:val="0"/>
        <w:autoSpaceDN w:val="0"/>
        <w:spacing w:before="2112" w:after="0" w:line="262" w:lineRule="auto"/>
        <w:ind w:left="7670" w:hanging="1716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Колесова Елена Николаевна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учитель немецкого языка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298" w:right="866" w:bottom="1368" w:left="738" w:header="720" w:footer="720" w:gutter="0"/>
          <w:cols w:space="720" w:equalWidth="0">
            <w:col w:w="10296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396" w:line="220" w:lineRule="exact"/>
        <w:rPr>
          <w:lang w:val="ru-RU"/>
        </w:rPr>
      </w:pPr>
    </w:p>
    <w:p w:rsidR="002E6E29" w:rsidRPr="00614B77" w:rsidRDefault="00614B77">
      <w:pPr>
        <w:autoSpaceDE w:val="0"/>
        <w:autoSpaceDN w:val="0"/>
        <w:spacing w:after="0" w:line="230" w:lineRule="auto"/>
        <w:ind w:right="3366"/>
        <w:jc w:val="right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Трёхложинский 2022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616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78" w:line="220" w:lineRule="exact"/>
        <w:rPr>
          <w:lang w:val="ru-RU"/>
        </w:rPr>
      </w:pPr>
    </w:p>
    <w:p w:rsidR="002E6E29" w:rsidRPr="00614B77" w:rsidRDefault="00614B77">
      <w:pPr>
        <w:autoSpaceDE w:val="0"/>
        <w:autoSpaceDN w:val="0"/>
        <w:spacing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2E6E29" w:rsidRPr="00614B77" w:rsidRDefault="00614B77">
      <w:pPr>
        <w:autoSpaceDE w:val="0"/>
        <w:autoSpaceDN w:val="0"/>
        <w:spacing w:before="346" w:after="0" w:line="281" w:lineRule="auto"/>
        <w:ind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немецкому языку 2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основной образовательной программы начального общего образования и Универсального кодификатора проверяемых требований к результатам освоения основной образовательной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программы начального общего образования и элементов содержания по немецкому языку.</w:t>
      </w:r>
    </w:p>
    <w:p w:rsidR="002E6E29" w:rsidRPr="00614B77" w:rsidRDefault="00614B77">
      <w:pPr>
        <w:autoSpaceDE w:val="0"/>
        <w:autoSpaceDN w:val="0"/>
        <w:spacing w:before="262" w:after="0" w:line="262" w:lineRule="auto"/>
        <w:ind w:right="432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«ИНОСТРАННЫЙ (НЕМЕЦКИЙ) ЯЗЫК»</w:t>
      </w:r>
    </w:p>
    <w:p w:rsidR="002E6E29" w:rsidRPr="00614B77" w:rsidRDefault="00614B77">
      <w:pPr>
        <w:autoSpaceDE w:val="0"/>
        <w:autoSpaceDN w:val="0"/>
        <w:spacing w:before="168" w:after="0" w:line="281" w:lineRule="auto"/>
        <w:ind w:right="432"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ответственность данному этапу общего образования. Построение программы имеет нелинейный характер и основано на концентрическом принципе. В процессе обучения освоенные на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2E6E29" w:rsidRPr="00614B77" w:rsidRDefault="00614B77">
      <w:pPr>
        <w:autoSpaceDE w:val="0"/>
        <w:autoSpaceDN w:val="0"/>
        <w:spacing w:before="38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«ИНОСТРАННЫЙ (НЕМЕЦКИЙ) ЯЗЫК»</w:t>
      </w:r>
    </w:p>
    <w:p w:rsidR="002E6E29" w:rsidRPr="00614B77" w:rsidRDefault="00614B77">
      <w:pPr>
        <w:tabs>
          <w:tab w:val="left" w:pos="480"/>
        </w:tabs>
        <w:autoSpaceDE w:val="0"/>
        <w:autoSpaceDN w:val="0"/>
        <w:spacing w:before="166" w:after="0" w:line="262" w:lineRule="auto"/>
        <w:ind w:right="1296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Цели обучения иностранному языку в начальной школе можно условно разделить на образовательные, развивающие, воспитывающие.</w:t>
      </w:r>
    </w:p>
    <w:p w:rsidR="002E6E29" w:rsidRPr="00614B77" w:rsidRDefault="00614B77">
      <w:pPr>
        <w:tabs>
          <w:tab w:val="left" w:pos="420"/>
        </w:tabs>
        <w:autoSpaceDE w:val="0"/>
        <w:autoSpaceDN w:val="0"/>
        <w:spacing w:before="190" w:after="0" w:line="262" w:lineRule="auto"/>
        <w:ind w:right="432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Образовательные цели учебного предмета «Иностранный (немецкий) язык» в начальной школе включают:</w:t>
      </w:r>
    </w:p>
    <w:p w:rsidR="002E6E29" w:rsidRPr="00614B77" w:rsidRDefault="00614B77">
      <w:pPr>
        <w:autoSpaceDE w:val="0"/>
        <w:autoSpaceDN w:val="0"/>
        <w:spacing w:before="178" w:after="0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 </w:t>
      </w:r>
    </w:p>
    <w:p w:rsidR="002E6E29" w:rsidRPr="00614B77" w:rsidRDefault="00614B77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расширение лингвистического кругозора обучающихся за счёт: овладения новыми языковыми средствами (фонетическими, орфографическими, лексическими, грамматическими) в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соответствии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отобранными темами общения; </w:t>
      </w:r>
    </w:p>
    <w:p w:rsidR="002E6E29" w:rsidRPr="00614B77" w:rsidRDefault="00614B77">
      <w:pPr>
        <w:autoSpaceDE w:val="0"/>
        <w:autoSpaceDN w:val="0"/>
        <w:spacing w:before="192" w:after="0" w:line="262" w:lineRule="auto"/>
        <w:ind w:left="420" w:right="432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знаний о языковых явлениях изучаемого иностранного языка, о разных способах выражения мысли на родном и иностранном языках;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использование для решения учебных задач интеллектуальных операций (сравнение, анализ, обобщение и др.); </w:t>
      </w:r>
    </w:p>
    <w:p w:rsidR="002E6E29" w:rsidRPr="00614B77" w:rsidRDefault="00614B77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2E6E29" w:rsidRPr="00614B77" w:rsidRDefault="00614B77">
      <w:pPr>
        <w:tabs>
          <w:tab w:val="left" w:pos="480"/>
        </w:tabs>
        <w:autoSpaceDE w:val="0"/>
        <w:autoSpaceDN w:val="0"/>
        <w:spacing w:before="178" w:after="0" w:line="262" w:lineRule="auto"/>
        <w:ind w:right="144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Развивающие цели учебного предмета «Иностранный (немецкий) язык» в начальной школе включают:</w:t>
      </w:r>
    </w:p>
    <w:p w:rsidR="002E6E29" w:rsidRPr="00614B77" w:rsidRDefault="00614B77">
      <w:pPr>
        <w:autoSpaceDE w:val="0"/>
        <w:autoSpaceDN w:val="0"/>
        <w:spacing w:before="178" w:after="0" w:line="271" w:lineRule="auto"/>
        <w:ind w:left="420" w:right="1296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младшими школьниками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коммуникативной культуры обучающихся и их общего речевого развития; 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298" w:right="650" w:bottom="4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108" w:line="220" w:lineRule="exact"/>
        <w:rPr>
          <w:lang w:val="ru-RU"/>
        </w:rPr>
      </w:pPr>
    </w:p>
    <w:p w:rsidR="002E6E29" w:rsidRPr="00614B77" w:rsidRDefault="00614B77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компенсаторной способности адаптироваться к ситуациям общения при получении и передаче информации в условиях дефицита языковых средств;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регулятивных действий: планирование последовательных «шагов» для решения учебной задачи;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контроль процесса и результата своей деятельности;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установление причины возникшей трудности и/или ошибки, корректировка деятельности;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2E6E29" w:rsidRPr="00614B77" w:rsidRDefault="00614B77">
      <w:pPr>
        <w:autoSpaceDE w:val="0"/>
        <w:autoSpaceDN w:val="0"/>
        <w:spacing w:before="180" w:after="0" w:line="281" w:lineRule="auto"/>
        <w:ind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Влияние параллельного изучения родного языка и языка других стран и народов позволяет заложить основу для формирования </w:t>
      </w: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>гражданской идентичности, чувства патриотизма и гордости з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а свой народ, свой край, свою страну, помочь лучше осознать свою этническую и национальную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190" w:after="0" w:line="262" w:lineRule="auto"/>
        <w:ind w:right="864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Вклад предмета «Иностранный (немецкий) язык» в реализацию воспитательных целей обеспечивает:</w:t>
      </w:r>
    </w:p>
    <w:p w:rsidR="002E6E29" w:rsidRPr="00614B77" w:rsidRDefault="00614B77">
      <w:pPr>
        <w:autoSpaceDE w:val="0"/>
        <w:autoSpaceDN w:val="0"/>
        <w:spacing w:before="178" w:after="0" w:line="262" w:lineRule="auto"/>
        <w:ind w:left="420" w:right="864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понимание необходимости овладения иностранным  языком как средством общения в условиях взаимодействия разных стран и народов;</w:t>
      </w:r>
    </w:p>
    <w:p w:rsidR="002E6E29" w:rsidRPr="00614B77" w:rsidRDefault="00614B77">
      <w:pPr>
        <w:autoSpaceDE w:val="0"/>
        <w:autoSpaceDN w:val="0"/>
        <w:spacing w:before="190" w:after="0"/>
        <w:ind w:left="420" w:right="144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2E6E29" w:rsidRPr="00614B77" w:rsidRDefault="00614B77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воспитание   эмоционального    и    познавательного    интереса к художественной культуре других народов;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положительной мотивации и устойчивого учебно-познавательного интереса к предмету «Иностранный язык».</w:t>
      </w:r>
    </w:p>
    <w:p w:rsidR="002E6E29" w:rsidRPr="00614B77" w:rsidRDefault="00614B77">
      <w:pPr>
        <w:autoSpaceDE w:val="0"/>
        <w:autoSpaceDN w:val="0"/>
        <w:spacing w:before="324" w:after="0" w:line="262" w:lineRule="auto"/>
        <w:ind w:right="432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«ИНОСТРАННЫЙ (НЕМЕЦКИЙ) ЯЗЫК» В УЧЕБНОМ ПЛАНЕ</w:t>
      </w:r>
    </w:p>
    <w:p w:rsidR="002E6E29" w:rsidRPr="00614B77" w:rsidRDefault="00614B77">
      <w:pPr>
        <w:autoSpaceDE w:val="0"/>
        <w:autoSpaceDN w:val="0"/>
        <w:spacing w:before="166" w:after="0"/>
        <w:ind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«Иностранный (немецкий)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во 2 классе выделяется — 68 часов в год на изучение немецкого языка по 2 часа в неделю.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328" w:right="652" w:bottom="1440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78" w:line="220" w:lineRule="exact"/>
        <w:rPr>
          <w:lang w:val="ru-RU"/>
        </w:rPr>
      </w:pPr>
    </w:p>
    <w:p w:rsidR="002E6E29" w:rsidRPr="00614B77" w:rsidRDefault="00614B77">
      <w:pPr>
        <w:autoSpaceDE w:val="0"/>
        <w:autoSpaceDN w:val="0"/>
        <w:spacing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ПРЕДМЕТА</w:t>
      </w:r>
    </w:p>
    <w:p w:rsidR="002E6E29" w:rsidRPr="00614B77" w:rsidRDefault="00614B77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Тематическое содержание речи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190" w:after="0" w:line="262" w:lineRule="auto"/>
        <w:ind w:right="720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Знакомство. 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Приветствие, знакомство, прощание (с использованием типичных фраз речевого этикета).</w:t>
      </w:r>
    </w:p>
    <w:p w:rsidR="002E6E29" w:rsidRPr="00614B77" w:rsidRDefault="00614B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>Мирмоего«я».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Моя семья. Мой день рождения. Моя любимая еда.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>Мир моих увлечений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. Любимый цвет. Любимая игрушка, игра. Любимые занятия. Мой питомец. Выходной день (в цирке, в зоопарке).</w:t>
      </w:r>
    </w:p>
    <w:p w:rsidR="002E6E29" w:rsidRPr="00614B77" w:rsidRDefault="00614B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>Мир вокруг меня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. Моя школа. Мои друзья. Моя малая роди на (город, село).</w:t>
      </w:r>
    </w:p>
    <w:p w:rsidR="002E6E29" w:rsidRPr="00614B77" w:rsidRDefault="00614B77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Родная страна и страны изучаемого языка. 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Названия родной страны и стран/страны изучаемого языка и их столицы. </w:t>
      </w: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>Произведения детского фольклора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. Персонажи детских книг. Праздники родной страны и страны/стран изучаемого языка (Новый год, Рождество).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Говорение</w:t>
      </w:r>
    </w:p>
    <w:p w:rsidR="002E6E29" w:rsidRPr="00614B77" w:rsidRDefault="00614B77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диалогической речи</w:t>
      </w: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</w:p>
    <w:p w:rsidR="002E6E29" w:rsidRPr="00614B77" w:rsidRDefault="00614B77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 </w:t>
      </w: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диалога этикетного характера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: приветствие, начало и завершение разговора, знакомство с собеседником; поздравление с праздником; выражение благодарности за поздравление; извинение; </w:t>
      </w: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>диалога-расспроса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: сообщение фактической информации, ответ на вопросы собеседника; запрашивание интересующей информации.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Коммуникативные умения </w:t>
      </w: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монологической речи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E6E29" w:rsidRPr="00614B77" w:rsidRDefault="00614B77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Аудирование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Понимание на слух речи учителя и одноклассников и вербальная/ невербальная реакция на услышанное (при непосредственном общении).</w:t>
      </w:r>
    </w:p>
    <w:p w:rsidR="002E6E29" w:rsidRPr="00614B77" w:rsidRDefault="00614B7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2E6E29" w:rsidRPr="00614B77" w:rsidRDefault="00614B77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</w:t>
      </w: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 пониманием основного содержания 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текста предполагает определение основной темы и главных фактов/ событий в воспринимаемом на слух тексте с опорой на иллюстрации и с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использованием языковой догадки.</w:t>
      </w:r>
    </w:p>
    <w:p w:rsidR="002E6E29" w:rsidRPr="00614B77" w:rsidRDefault="00614B77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Аудирование </w:t>
      </w: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 пониманием запрашиваемой информации 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предполагает выделение из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воспринимаемого на слух тексте и понимание информации фактического характера (например, имя, возраст, любимое занятие, цвет и т. д ) с опорой на иллюстрации и с использованием языковой догадки .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Тексты для аудирования: диалог, высказывания собеседников в ситуациях повседневного общения, рассказ, сказка.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Смысловое чтение</w:t>
      </w:r>
    </w:p>
    <w:p w:rsidR="002E6E29" w:rsidRPr="00614B77" w:rsidRDefault="00614B77">
      <w:pPr>
        <w:autoSpaceDE w:val="0"/>
        <w:autoSpaceDN w:val="0"/>
        <w:spacing w:before="166" w:after="0" w:line="271" w:lineRule="auto"/>
        <w:ind w:right="576"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Чтение вслух и понимание учебных и адаптированных аутентичных текстов, построенных на изученном языковом материале, с соблюдением правил чтения и соответствующей интонацией, обеспечивая тем самым адекватное восприятие читаемого слушателями.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72" w:line="220" w:lineRule="exact"/>
        <w:rPr>
          <w:lang w:val="ru-RU"/>
        </w:rPr>
      </w:pPr>
    </w:p>
    <w:p w:rsidR="002E6E29" w:rsidRPr="00614B77" w:rsidRDefault="00614B77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вслух: диалог, рассказ, сказка.</w:t>
      </w:r>
    </w:p>
    <w:p w:rsidR="002E6E29" w:rsidRPr="00614B77" w:rsidRDefault="00614B77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 себя 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учебных текстов, построенных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2E6E29" w:rsidRPr="00614B77" w:rsidRDefault="00614B77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с </w:t>
      </w: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пониманием основного содержания 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2E6E29" w:rsidRPr="00614B77" w:rsidRDefault="00614B77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Чтение </w:t>
      </w: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 пониманием запрашиваемой информации 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2E6E29" w:rsidRPr="00614B77" w:rsidRDefault="00614B77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Тексты для чтения про себя: диалог, рассказ, сказка, электронное сообщение личного характера.</w:t>
      </w:r>
    </w:p>
    <w:p w:rsidR="002E6E29" w:rsidRPr="00614B77" w:rsidRDefault="00614B77">
      <w:pPr>
        <w:autoSpaceDE w:val="0"/>
        <w:autoSpaceDN w:val="0"/>
        <w:spacing w:before="264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Письмо</w:t>
      </w:r>
    </w:p>
    <w:p w:rsidR="002E6E29" w:rsidRPr="00614B77" w:rsidRDefault="00614B77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Воспроизведение речевых образцов, списывание текста; выписывание из текста слов,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словосочетаний, предложений; вставка пропущенных слов в предложение, дописывание предложений в соответствии с решаемой учебной задачей.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Написание с опорой на образец коротких поздравлений с праздниками (с днём рождения, Новым годом, Рождеством).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Фонетическая сторона речи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166" w:after="0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Буквы немецкого алфавита. Фонетически корректное озвучивание букв немецкого алфавита. </w:t>
      </w: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особенностей.</w:t>
      </w:r>
    </w:p>
    <w:p w:rsidR="002E6E29" w:rsidRPr="00614B77" w:rsidRDefault="00614B77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Чтение новых слов согласно основным правилам чтения немецкого языка. Чтение основных дифтонгов и сочетаний согласных, вычленение некоторых звукобуквенных сочетаний при анализе изученных слов.</w:t>
      </w:r>
    </w:p>
    <w:p w:rsidR="002E6E29" w:rsidRPr="00614B77" w:rsidRDefault="00614B77">
      <w:pPr>
        <w:autoSpaceDE w:val="0"/>
        <w:autoSpaceDN w:val="0"/>
        <w:spacing w:before="264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Графика, орфография и пунктуация</w:t>
      </w:r>
    </w:p>
    <w:p w:rsidR="002E6E29" w:rsidRPr="00614B77" w:rsidRDefault="00614B77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Правильное написание изученных слов.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Правильная расстановка знаков препинания: точки, вопросительного и восклицательного знаков в конце предложения.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Лексическая сторона речи</w:t>
      </w:r>
    </w:p>
    <w:p w:rsidR="002E6E29" w:rsidRPr="00614B77" w:rsidRDefault="00614B77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2E6E29" w:rsidRPr="00614B77" w:rsidRDefault="00614B77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Использование языковой догадки для распознавания интернациональных слов (</w:t>
      </w:r>
      <w:r>
        <w:rPr>
          <w:rFonts w:ascii="Times New Roman" w:eastAsia="Times New Roman" w:hAnsi="Times New Roman"/>
          <w:color w:val="000000"/>
          <w:sz w:val="24"/>
        </w:rPr>
        <w:t>der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Film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das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Kino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Грамматическая сторона речи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166" w:after="0" w:line="262" w:lineRule="auto"/>
        <w:ind w:right="720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языка.</w:t>
      </w:r>
    </w:p>
    <w:p w:rsidR="002E6E29" w:rsidRPr="00614B77" w:rsidRDefault="00614B77">
      <w:pPr>
        <w:autoSpaceDE w:val="0"/>
        <w:autoSpaceDN w:val="0"/>
        <w:spacing w:before="70" w:after="0" w:line="262" w:lineRule="auto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Коммуникативные типы предложений: повествовательные (утвердительные, отрицательные (с </w:t>
      </w:r>
      <w:r>
        <w:rPr>
          <w:rFonts w:ascii="Times New Roman" w:eastAsia="Times New Roman" w:hAnsi="Times New Roman"/>
          <w:color w:val="000000"/>
          <w:sz w:val="24"/>
        </w:rPr>
        <w:t>nicht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), вопросительные (общий, специальный вопросы). Порядок слов в предложении. Нераспространённые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292" w:right="678" w:bottom="288" w:left="666" w:header="720" w:footer="720" w:gutter="0"/>
          <w:cols w:space="720" w:equalWidth="0">
            <w:col w:w="10556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96" w:line="220" w:lineRule="exact"/>
        <w:rPr>
          <w:lang w:val="ru-RU"/>
        </w:rPr>
      </w:pPr>
    </w:p>
    <w:p w:rsidR="002E6E29" w:rsidRPr="00614B77" w:rsidRDefault="00614B77">
      <w:pPr>
        <w:autoSpaceDE w:val="0"/>
        <w:autoSpaceDN w:val="0"/>
        <w:spacing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и распространённые простые предложения.</w:t>
      </w:r>
    </w:p>
    <w:p w:rsidR="002E6E29" w:rsidRPr="00614B77" w:rsidRDefault="00614B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Предложения с простым глагольным сказуемым (</w:t>
      </w:r>
      <w:r>
        <w:rPr>
          <w:rFonts w:ascii="Times New Roman" w:eastAsia="Times New Roman" w:hAnsi="Times New Roman"/>
          <w:color w:val="000000"/>
          <w:sz w:val="24"/>
        </w:rPr>
        <w:t>Er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tanzt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gern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E6E29" w:rsidRPr="00614B77" w:rsidRDefault="00614B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Предложения с составным именным сказуемым (</w:t>
      </w:r>
      <w:r>
        <w:rPr>
          <w:rFonts w:ascii="Times New Roman" w:eastAsia="Times New Roman" w:hAnsi="Times New Roman"/>
          <w:color w:val="000000"/>
          <w:sz w:val="24"/>
        </w:rPr>
        <w:t>Der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Tisch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ist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gr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ü</w:t>
      </w:r>
      <w:r>
        <w:rPr>
          <w:rFonts w:ascii="Times New Roman" w:eastAsia="Times New Roman" w:hAnsi="Times New Roman"/>
          <w:color w:val="000000"/>
          <w:sz w:val="24"/>
        </w:rPr>
        <w:t>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E6E29" w:rsidRPr="00614B77" w:rsidRDefault="00614B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Предложения с простым составным глагольным сказуемым (</w:t>
      </w:r>
      <w:r>
        <w:rPr>
          <w:rFonts w:ascii="Times New Roman" w:eastAsia="Times New Roman" w:hAnsi="Times New Roman"/>
          <w:color w:val="000000"/>
          <w:sz w:val="24"/>
        </w:rPr>
        <w:t>Ich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kann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schnell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laufen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E6E29" w:rsidRPr="00614B77" w:rsidRDefault="00614B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Спряжение глаголов </w:t>
      </w:r>
      <w:r>
        <w:rPr>
          <w:rFonts w:ascii="Times New Roman" w:eastAsia="Times New Roman" w:hAnsi="Times New Roman"/>
          <w:color w:val="000000"/>
          <w:sz w:val="24"/>
        </w:rPr>
        <w:t>sein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haben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sens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Спряжение некоторых глаголов в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sens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, в том числе с изменением корневой гласной (</w:t>
      </w:r>
      <w:r>
        <w:rPr>
          <w:rFonts w:ascii="Times New Roman" w:eastAsia="Times New Roman" w:hAnsi="Times New Roman"/>
          <w:color w:val="000000"/>
          <w:sz w:val="24"/>
        </w:rPr>
        <w:t>fahren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tragen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lesen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sprechen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), кроме 2-го лица мн. числа.</w:t>
      </w:r>
    </w:p>
    <w:p w:rsidR="002E6E29" w:rsidRPr="00614B77" w:rsidRDefault="00614B77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Модальные глаголы </w:t>
      </w:r>
      <w:r>
        <w:rPr>
          <w:rFonts w:ascii="Times New Roman" w:eastAsia="Times New Roman" w:hAnsi="Times New Roman"/>
          <w:color w:val="000000"/>
          <w:sz w:val="24"/>
        </w:rPr>
        <w:t>k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ö</w:t>
      </w:r>
      <w:r>
        <w:rPr>
          <w:rFonts w:ascii="Times New Roman" w:eastAsia="Times New Roman" w:hAnsi="Times New Roman"/>
          <w:color w:val="000000"/>
          <w:sz w:val="24"/>
        </w:rPr>
        <w:t>nnen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ö</w:t>
      </w:r>
      <w:r>
        <w:rPr>
          <w:rFonts w:ascii="Times New Roman" w:eastAsia="Times New Roman" w:hAnsi="Times New Roman"/>
          <w:color w:val="000000"/>
          <w:sz w:val="24"/>
        </w:rPr>
        <w:t>gen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sens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; порядок слов в предложении с модальным глаголом. Род имён существительных.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70" w:after="0" w:line="262" w:lineRule="auto"/>
        <w:ind w:right="1728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Неопределённый и определённый артикли с именами существительными (наиболее распространённые случаи употребления).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72" w:after="0" w:line="271" w:lineRule="auto"/>
        <w:ind w:right="288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Существительные в именительном и винительном падежах. Имена собственные (антропонимы) в родительном падеже. Личные (кроме </w:t>
      </w:r>
      <w:r>
        <w:rPr>
          <w:rFonts w:ascii="Times New Roman" w:eastAsia="Times New Roman" w:hAnsi="Times New Roman"/>
          <w:color w:val="000000"/>
          <w:sz w:val="24"/>
        </w:rPr>
        <w:t>ihr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) и притяжательные местоимения (</w:t>
      </w:r>
      <w:r>
        <w:rPr>
          <w:rFonts w:ascii="Times New Roman" w:eastAsia="Times New Roman" w:hAnsi="Times New Roman"/>
          <w:color w:val="000000"/>
          <w:sz w:val="24"/>
        </w:rPr>
        <w:t>mein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614B77">
        <w:rPr>
          <w:lang w:val="ru-RU"/>
        </w:rPr>
        <w:br/>
      </w:r>
      <w:r w:rsidRPr="00614B77">
        <w:rPr>
          <w:lang w:val="ru-RU"/>
        </w:rPr>
        <w:tab/>
      </w:r>
      <w:r>
        <w:rPr>
          <w:rFonts w:ascii="Times New Roman" w:eastAsia="Times New Roman" w:hAnsi="Times New Roman"/>
          <w:color w:val="000000"/>
          <w:sz w:val="24"/>
        </w:rPr>
        <w:t>dein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Количественные числительные (1–12). Вопросительные слова (</w:t>
      </w:r>
      <w:r>
        <w:rPr>
          <w:rFonts w:ascii="Times New Roman" w:eastAsia="Times New Roman" w:hAnsi="Times New Roman"/>
          <w:color w:val="000000"/>
          <w:sz w:val="24"/>
        </w:rPr>
        <w:t>wer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was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woher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wie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).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оюзы </w:t>
      </w:r>
      <w:r>
        <w:rPr>
          <w:rFonts w:ascii="Times New Roman" w:eastAsia="Times New Roman" w:hAnsi="Times New Roman"/>
          <w:color w:val="000000"/>
          <w:sz w:val="24"/>
        </w:rPr>
        <w:t>und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aber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(при однородных членах).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2E6E29" w:rsidRPr="00614B77" w:rsidRDefault="00614B77">
      <w:pPr>
        <w:autoSpaceDE w:val="0"/>
        <w:autoSpaceDN w:val="0"/>
        <w:spacing w:before="166" w:after="0"/>
        <w:ind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Знание и использование некоторых социокультурных эле 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2E6E29" w:rsidRPr="00614B77" w:rsidRDefault="00614B77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Знание названий родной страны и страны/стран изучаемого языка и их столиц.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Компенсаторные умения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166" w:after="0" w:line="262" w:lineRule="auto"/>
        <w:ind w:right="144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Использование в качестве опоры при порождении собственных высказываний ключевых слов, вопросов, иллюстраций.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316" w:right="672" w:bottom="1440" w:left="666" w:header="720" w:footer="720" w:gutter="0"/>
          <w:cols w:space="720" w:equalWidth="0">
            <w:col w:w="10562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78" w:line="220" w:lineRule="exact"/>
        <w:rPr>
          <w:lang w:val="ru-RU"/>
        </w:rPr>
      </w:pPr>
    </w:p>
    <w:p w:rsidR="002E6E29" w:rsidRPr="00614B77" w:rsidRDefault="00614B77">
      <w:pPr>
        <w:autoSpaceDE w:val="0"/>
        <w:autoSpaceDN w:val="0"/>
        <w:spacing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2E6E29" w:rsidRPr="00614B77" w:rsidRDefault="00614B77">
      <w:pPr>
        <w:autoSpaceDE w:val="0"/>
        <w:autoSpaceDN w:val="0"/>
        <w:spacing w:before="346" w:after="0" w:line="271" w:lineRule="auto"/>
        <w:ind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иностранного языка в начальной школе у обучающегося будут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сформированы личностные, метапредметные и предметные результаты, обеспечивающие выполнение ФГОС НОО и его успешное дальнейшее образование.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2E6E29" w:rsidRPr="00614B77" w:rsidRDefault="00614B77">
      <w:pPr>
        <w:autoSpaceDE w:val="0"/>
        <w:autoSpaceDN w:val="0"/>
        <w:spacing w:before="166" w:after="0" w:line="281" w:lineRule="auto"/>
        <w:ind w:right="576" w:firstLine="180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E6E29" w:rsidRPr="00614B77" w:rsidRDefault="00614B77">
      <w:pPr>
        <w:autoSpaceDE w:val="0"/>
        <w:autoSpaceDN w:val="0"/>
        <w:spacing w:before="72" w:after="0" w:line="271" w:lineRule="auto"/>
        <w:ind w:right="432"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Гражданско-патриотического воспитания:</w:t>
      </w:r>
    </w:p>
    <w:p w:rsidR="002E6E29" w:rsidRPr="00614B77" w:rsidRDefault="00614B77">
      <w:pPr>
        <w:autoSpaceDE w:val="0"/>
        <w:autoSpaceDN w:val="0"/>
        <w:spacing w:before="226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ценностного отношения к своей Родине — России;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этнокультурной и российской гражданской идентичности;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сопричастность к прошлому,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настоящему и будущему своей страны и родного края; уважение к своему и другим народам; </w:t>
      </w:r>
    </w:p>
    <w:p w:rsidR="002E6E29" w:rsidRPr="00614B77" w:rsidRDefault="00614B77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E6E29" w:rsidRPr="00614B77" w:rsidRDefault="00614B77">
      <w:pPr>
        <w:autoSpaceDE w:val="0"/>
        <w:autoSpaceDN w:val="0"/>
        <w:spacing w:before="32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:rsidR="002E6E29" w:rsidRPr="00614B77" w:rsidRDefault="00614B77">
      <w:pPr>
        <w:autoSpaceDE w:val="0"/>
        <w:autoSpaceDN w:val="0"/>
        <w:spacing w:before="226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признание индивидуальности каждого человека;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сопереживания, уважения и доброжелательности;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поведения, направленных на причинение физического и морального вреда другим людям.</w:t>
      </w:r>
    </w:p>
    <w:p w:rsidR="002E6E29" w:rsidRPr="00614B77" w:rsidRDefault="00614B77">
      <w:pPr>
        <w:autoSpaceDE w:val="0"/>
        <w:autoSpaceDN w:val="0"/>
        <w:spacing w:before="324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</w:p>
    <w:p w:rsidR="002E6E29" w:rsidRPr="00614B77" w:rsidRDefault="00614B77">
      <w:pPr>
        <w:autoSpaceDE w:val="0"/>
        <w:autoSpaceDN w:val="0"/>
        <w:spacing w:before="226" w:after="0" w:line="262" w:lineRule="auto"/>
        <w:ind w:left="420" w:right="288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художественной деятельности.</w:t>
      </w:r>
    </w:p>
    <w:p w:rsidR="002E6E29" w:rsidRPr="00614B77" w:rsidRDefault="00614B77">
      <w:pPr>
        <w:autoSpaceDE w:val="0"/>
        <w:autoSpaceDN w:val="0"/>
        <w:spacing w:before="32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2E6E29" w:rsidRPr="00614B77" w:rsidRDefault="00614B77">
      <w:pPr>
        <w:autoSpaceDE w:val="0"/>
        <w:autoSpaceDN w:val="0"/>
        <w:spacing w:before="226" w:after="0" w:line="262" w:lineRule="auto"/>
        <w:ind w:left="420" w:right="7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соблюдение правил здорового и безопасного (для себя и других людей) образа жизни в окружающей среде (в том числе информационной);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бережное отношение к физическому и психическому здоровью.</w:t>
      </w:r>
    </w:p>
    <w:p w:rsidR="002E6E29" w:rsidRPr="00614B77" w:rsidRDefault="00614B77">
      <w:pPr>
        <w:autoSpaceDE w:val="0"/>
        <w:autoSpaceDN w:val="0"/>
        <w:spacing w:before="32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</w:p>
    <w:p w:rsidR="002E6E29" w:rsidRPr="00614B77" w:rsidRDefault="00614B77">
      <w:pPr>
        <w:autoSpaceDE w:val="0"/>
        <w:autoSpaceDN w:val="0"/>
        <w:spacing w:before="226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труда в жизни человека и общества, ответственное потребление и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298" w:right="650" w:bottom="35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66" w:line="220" w:lineRule="exact"/>
        <w:rPr>
          <w:lang w:val="ru-RU"/>
        </w:rPr>
      </w:pPr>
    </w:p>
    <w:p w:rsidR="002E6E29" w:rsidRPr="00614B77" w:rsidRDefault="00614B77">
      <w:pPr>
        <w:autoSpaceDE w:val="0"/>
        <w:autoSpaceDN w:val="0"/>
        <w:spacing w:after="0" w:line="262" w:lineRule="auto"/>
        <w:ind w:left="420" w:right="1008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результатам труда, навыки участия в различных видах трудовой деятельности, интерес к различным профессиямю</w:t>
      </w:r>
    </w:p>
    <w:p w:rsidR="002E6E29" w:rsidRPr="00614B77" w:rsidRDefault="00614B77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</w:p>
    <w:p w:rsidR="002E6E29" w:rsidRPr="00614B77" w:rsidRDefault="00614B77">
      <w:pPr>
        <w:autoSpaceDE w:val="0"/>
        <w:autoSpaceDN w:val="0"/>
        <w:spacing w:before="298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бережное отношение к природе;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неприятие действий, приносящих ей вред.</w:t>
      </w:r>
    </w:p>
    <w:p w:rsidR="002E6E29" w:rsidRPr="00614B77" w:rsidRDefault="00614B77">
      <w:pPr>
        <w:autoSpaceDE w:val="0"/>
        <w:autoSpaceDN w:val="0"/>
        <w:spacing w:before="32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</w:p>
    <w:p w:rsidR="002E6E29" w:rsidRPr="00614B77" w:rsidRDefault="00614B77">
      <w:pPr>
        <w:autoSpaceDE w:val="0"/>
        <w:autoSpaceDN w:val="0"/>
        <w:spacing w:before="226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первоначальные представления о научной картине мира; </w:t>
      </w:r>
    </w:p>
    <w:p w:rsidR="002E6E29" w:rsidRPr="00614B77" w:rsidRDefault="00614B77">
      <w:pPr>
        <w:autoSpaceDE w:val="0"/>
        <w:autoSpaceDN w:val="0"/>
        <w:spacing w:before="192" w:after="0" w:line="262" w:lineRule="auto"/>
        <w:ind w:left="420" w:right="1728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познавательные интересы, активность, инициативность, любознательность и самостоятельность в познании.</w:t>
      </w:r>
    </w:p>
    <w:p w:rsidR="002E6E29" w:rsidRPr="00614B77" w:rsidRDefault="00614B77">
      <w:pPr>
        <w:autoSpaceDE w:val="0"/>
        <w:autoSpaceDN w:val="0"/>
        <w:spacing w:before="32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166" w:after="0" w:line="262" w:lineRule="auto"/>
        <w:ind w:right="720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Метапредметные 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результаты освоения программы начального общего образования должны отражать: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учебными познавательными действиями: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1)  </w:t>
      </w: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</w:p>
    <w:p w:rsidR="002E6E29" w:rsidRPr="00614B77" w:rsidRDefault="00614B77">
      <w:pPr>
        <w:autoSpaceDE w:val="0"/>
        <w:autoSpaceDN w:val="0"/>
        <w:spacing w:before="226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объекты, устанавливать основания для сравнения, устанавливать аналогии;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объединять части объекта (объекты) по определенному признаку;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определять существенный признак для классификации, классифицировать предложенные объекты;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закономерности и противоречия в рассматриваемых фактах, данных и наблюдениях на основе предложенного педагогическим работником алгоритма;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недостаток информации для решения учебной (практической) задачи на основе предложенного алгоритма;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2E6E29" w:rsidRPr="00614B77" w:rsidRDefault="00614B77">
      <w:pPr>
        <w:autoSpaceDE w:val="0"/>
        <w:autoSpaceDN w:val="0"/>
        <w:spacing w:before="324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2)  </w:t>
      </w: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2E6E29" w:rsidRPr="00614B77" w:rsidRDefault="00614B77">
      <w:pPr>
        <w:autoSpaceDE w:val="0"/>
        <w:autoSpaceDN w:val="0"/>
        <w:spacing w:before="228" w:after="0" w:line="262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 помощью педагогического работника формулировать цель, планировать изменения объекта, ситуации;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несколько вариантов решения задачи, выбирать наиболее подходящий (на основе предложенных критериев); </w:t>
      </w:r>
    </w:p>
    <w:p w:rsidR="002E6E29" w:rsidRPr="00614B77" w:rsidRDefault="00614B77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—следствие);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 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286" w:right="758" w:bottom="476" w:left="666" w:header="720" w:footer="720" w:gutter="0"/>
          <w:cols w:space="720" w:equalWidth="0">
            <w:col w:w="10476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108" w:line="220" w:lineRule="exact"/>
        <w:rPr>
          <w:lang w:val="ru-RU"/>
        </w:rPr>
      </w:pPr>
    </w:p>
    <w:p w:rsidR="002E6E29" w:rsidRPr="00614B77" w:rsidRDefault="00614B77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развитие процессов, событий и их последствия в аналогичных или сходных ситуациях;</w:t>
      </w:r>
    </w:p>
    <w:p w:rsidR="002E6E29" w:rsidRPr="00614B77" w:rsidRDefault="00614B77">
      <w:pPr>
        <w:autoSpaceDE w:val="0"/>
        <w:autoSpaceDN w:val="0"/>
        <w:spacing w:before="32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3)  </w:t>
      </w: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</w:t>
      </w: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</w:p>
    <w:p w:rsidR="002E6E29" w:rsidRPr="00614B77" w:rsidRDefault="00614B77">
      <w:pPr>
        <w:autoSpaceDE w:val="0"/>
        <w:autoSpaceDN w:val="0"/>
        <w:spacing w:before="226" w:after="0" w:line="329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выбирать источник получения информации; согласно заданному алгоритму находить в предложенном источнике информацию, представленную в явном виде;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с помощью взрослых (педагогических работников, родителей (законных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представителей) несовершеннолетних обучающихся) правила информационной безопасности при поиске информации в сети Интернет;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и создавать текстовую, видео, графическую, звуковую, информацию в соответствии с учебной задачей;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создавать схемы, таблицы для представления информации.</w:t>
      </w:r>
    </w:p>
    <w:p w:rsidR="002E6E29" w:rsidRPr="00614B77" w:rsidRDefault="00614B77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учебными коммуникативными действиями: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1)  </w:t>
      </w: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общение:</w:t>
      </w:r>
    </w:p>
    <w:p w:rsidR="002E6E29" w:rsidRPr="00614B77" w:rsidRDefault="00614B77">
      <w:pPr>
        <w:autoSpaceDE w:val="0"/>
        <w:autoSpaceDN w:val="0"/>
        <w:spacing w:before="226" w:after="0" w:line="348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условиями общения в знакомой среде;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уважительное отношение к собеседнику, соблюдать правила ведения диалога и дискуссии;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признавать возможность существования разных точек зрения;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корректно и аргументированно высказывать своё мнение;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строить речевое высказывание в соответствии с поставленной задачей;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устные и письменные тексты (описание, рассуждение, повествование);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выступления; подбирать иллюстративный материал (рисунки, фото, плакаты) к тексту выступления.</w:t>
      </w:r>
    </w:p>
    <w:p w:rsidR="002E6E29" w:rsidRPr="00614B77" w:rsidRDefault="00614B77">
      <w:pPr>
        <w:autoSpaceDE w:val="0"/>
        <w:autoSpaceDN w:val="0"/>
        <w:spacing w:before="324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2)  </w:t>
      </w: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совместная деятельность:</w:t>
      </w:r>
    </w:p>
    <w:p w:rsidR="002E6E29" w:rsidRPr="00614B77" w:rsidRDefault="00614B77">
      <w:pPr>
        <w:autoSpaceDE w:val="0"/>
        <w:autoSpaceDN w:val="0"/>
        <w:spacing w:before="226" w:after="0" w:line="331" w:lineRule="auto"/>
        <w:ind w:left="420" w:right="144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—  проявлять готовность руководить, выполнять поручения, подчиняться; ответственно выполнять свою часть работы;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свой вклад в общий результат;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выполнять совместные проектные задания с опорой на предложенные образцы.</w:t>
      </w:r>
    </w:p>
    <w:p w:rsidR="002E6E29" w:rsidRPr="00614B77" w:rsidRDefault="00614B77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учебными регулятивными действиями: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328" w:right="708" w:bottom="428" w:left="666" w:header="720" w:footer="720" w:gutter="0"/>
          <w:cols w:space="720" w:equalWidth="0">
            <w:col w:w="10526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174" w:line="220" w:lineRule="exact"/>
        <w:rPr>
          <w:lang w:val="ru-RU"/>
        </w:rPr>
      </w:pPr>
    </w:p>
    <w:p w:rsidR="002E6E29" w:rsidRPr="00614B77" w:rsidRDefault="00614B77">
      <w:pPr>
        <w:autoSpaceDE w:val="0"/>
        <w:autoSpaceDN w:val="0"/>
        <w:spacing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1)  </w:t>
      </w: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самоорганизаци</w:t>
      </w: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я:</w:t>
      </w:r>
    </w:p>
    <w:p w:rsidR="002E6E29" w:rsidRPr="00614B77" w:rsidRDefault="00614B77">
      <w:pPr>
        <w:autoSpaceDE w:val="0"/>
        <w:autoSpaceDN w:val="0"/>
        <w:spacing w:before="226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действия по решению учебной задачи для получения результата;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действий;</w:t>
      </w:r>
    </w:p>
    <w:p w:rsidR="002E6E29" w:rsidRPr="00614B77" w:rsidRDefault="00614B77">
      <w:pPr>
        <w:autoSpaceDE w:val="0"/>
        <w:autoSpaceDN w:val="0"/>
        <w:spacing w:before="32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2)  </w:t>
      </w: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самоконтроль:</w:t>
      </w:r>
    </w:p>
    <w:p w:rsidR="002E6E29" w:rsidRPr="00614B77" w:rsidRDefault="00614B77">
      <w:pPr>
        <w:autoSpaceDE w:val="0"/>
        <w:autoSpaceDN w:val="0"/>
        <w:spacing w:before="226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причины успеха/неудач учебной деятельности;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корректировать свои учебные действия для преодоления ошибок.</w:t>
      </w:r>
    </w:p>
    <w:p w:rsidR="002E6E29" w:rsidRPr="00614B77" w:rsidRDefault="00614B77">
      <w:pPr>
        <w:autoSpaceDE w:val="0"/>
        <w:autoSpaceDN w:val="0"/>
        <w:spacing w:before="324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2E6E29" w:rsidRPr="00614B77" w:rsidRDefault="00614B77">
      <w:pPr>
        <w:autoSpaceDE w:val="0"/>
        <w:autoSpaceDN w:val="0"/>
        <w:spacing w:before="168" w:after="0" w:line="281" w:lineRule="auto"/>
        <w:ind w:firstLine="18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Предметные результаты по учебному предмету «Иностранный (немецкий) язык» предметной области  «Иностранный язык»  ориентированы на применение знаний, умений и навыков в типичных учебных ситуациях и реальных жизненных условиях, отражают сформированность иноязычной коммуникативной  компетенции  на  элементарном  уровне в совокупности ее составляющих —речевой, языковой, социокультурной, компенсаторной, метапредметной (учебно-познавательной).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умения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Говорение</w:t>
      </w:r>
    </w:p>
    <w:p w:rsidR="002E6E29" w:rsidRPr="00614B77" w:rsidRDefault="00614B77">
      <w:pPr>
        <w:autoSpaceDE w:val="0"/>
        <w:autoSpaceDN w:val="0"/>
        <w:spacing w:before="226" w:after="0"/>
        <w:ind w:left="420" w:right="144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вести разные виды диалогов (диалог этикетного характера, диалог-расспрос) в стандартных ситуациях неофициального общения, используя вербальные и/или зрительные опоры, с соблюдением норм речевого этикета, принятого в стране/ странах изучаемого языка (не менее 3 реплик со стороны каждого собеседника);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создавать монологические высказывания (описание, повествование/рассказ), используя вербальные и/или зрительные опоры (объем монологического высказывания — не менее 3 фраз).</w:t>
      </w:r>
    </w:p>
    <w:p w:rsidR="002E6E29" w:rsidRPr="00614B77" w:rsidRDefault="00614B77">
      <w:pPr>
        <w:autoSpaceDE w:val="0"/>
        <w:autoSpaceDN w:val="0"/>
        <w:spacing w:before="32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Аудирование</w:t>
      </w:r>
    </w:p>
    <w:p w:rsidR="002E6E29" w:rsidRPr="00614B77" w:rsidRDefault="00614B77">
      <w:pPr>
        <w:autoSpaceDE w:val="0"/>
        <w:autoSpaceDN w:val="0"/>
        <w:spacing w:before="226" w:after="0" w:line="281" w:lineRule="auto"/>
        <w:ind w:left="420" w:right="144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секунд.</w:t>
      </w:r>
    </w:p>
    <w:p w:rsidR="002E6E29" w:rsidRPr="00614B77" w:rsidRDefault="00614B77">
      <w:pPr>
        <w:autoSpaceDE w:val="0"/>
        <w:autoSpaceDN w:val="0"/>
        <w:spacing w:before="32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Смысловое чтение</w:t>
      </w:r>
    </w:p>
    <w:p w:rsidR="002E6E29" w:rsidRPr="00614B77" w:rsidRDefault="00614B77">
      <w:pPr>
        <w:autoSpaceDE w:val="0"/>
        <w:autoSpaceDN w:val="0"/>
        <w:spacing w:before="226" w:after="0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вслух и понимать учебные и адаптированные аутентичные тексты объёмом до 60 слов, построенные на изученном языковом материале, с соблюдением правил чтения и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соответствующей интонацией, обеспечивая тем самым адекватное восприятие читаемого слушателями;</w:t>
      </w:r>
    </w:p>
    <w:p w:rsidR="002E6E29" w:rsidRPr="00614B77" w:rsidRDefault="00614B77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читать про себя и понимать 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учебные тексты, построенные на изученном языковом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материале, с различной глубиной проникновения в их содержание в зависимости от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:rsidR="002E6E29" w:rsidRPr="00614B77" w:rsidRDefault="00614B77">
      <w:pPr>
        <w:autoSpaceDE w:val="0"/>
        <w:autoSpaceDN w:val="0"/>
        <w:spacing w:before="32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Письмо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394" w:right="726" w:bottom="342" w:left="666" w:header="720" w:footer="720" w:gutter="0"/>
          <w:cols w:space="720" w:equalWidth="0">
            <w:col w:w="10508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108" w:line="220" w:lineRule="exact"/>
        <w:rPr>
          <w:lang w:val="ru-RU"/>
        </w:rPr>
      </w:pPr>
    </w:p>
    <w:p w:rsidR="002E6E29" w:rsidRPr="00614B77" w:rsidRDefault="00614B77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заполнять простые формуляры, сообщая о себе основные сведения, в соответствии с нормами, принятыми в стране/ странах изучаемого языка;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писать с опорой на образец короткие поздравления с праздниками.</w:t>
      </w:r>
    </w:p>
    <w:p w:rsidR="002E6E29" w:rsidRPr="00614B77" w:rsidRDefault="00614B77">
      <w:pPr>
        <w:autoSpaceDE w:val="0"/>
        <w:autoSpaceDN w:val="0"/>
        <w:spacing w:before="32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ЯЗЫКОВЫЕ ЗНАНИЯ И НАВЫКИ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Фонетическая сторона речи</w:t>
      </w:r>
    </w:p>
    <w:p w:rsidR="002E6E29" w:rsidRPr="00614B77" w:rsidRDefault="00614B77">
      <w:pPr>
        <w:autoSpaceDE w:val="0"/>
        <w:autoSpaceDN w:val="0"/>
        <w:spacing w:before="226" w:after="0" w:line="262" w:lineRule="auto"/>
        <w:ind w:left="420" w:right="432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на слух и адекватно, без ошибок произносить слова с правильным ударением и фразы с соблюдением их ритмико-интонационных особенностей; </w:t>
      </w:r>
    </w:p>
    <w:p w:rsidR="002E6E29" w:rsidRPr="00614B77" w:rsidRDefault="00614B77">
      <w:pPr>
        <w:autoSpaceDE w:val="0"/>
        <w:autoSpaceDN w:val="0"/>
        <w:spacing w:before="192" w:after="0" w:line="262" w:lineRule="auto"/>
        <w:ind w:left="420" w:right="288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буквы немецкого алфавита языка в правильной последовательности и графически корректно воспроизводить все буквы алфавита; </w:t>
      </w:r>
    </w:p>
    <w:p w:rsidR="002E6E29" w:rsidRPr="00614B77" w:rsidRDefault="00614B77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правильно читать основные дифтонги и сочетания согласных;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вычленять некоторые звукобуквенные сочетания при анализе знакомых слов;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читать вслух новые слова согласно основным правилам чтения.</w:t>
      </w:r>
    </w:p>
    <w:p w:rsidR="002E6E29" w:rsidRPr="00614B77" w:rsidRDefault="00614B77">
      <w:pPr>
        <w:autoSpaceDE w:val="0"/>
        <w:autoSpaceDN w:val="0"/>
        <w:spacing w:before="32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Графика, орфография и пунктуация</w:t>
      </w:r>
    </w:p>
    <w:p w:rsidR="002E6E29" w:rsidRPr="00614B77" w:rsidRDefault="00614B77">
      <w:pPr>
        <w:autoSpaceDE w:val="0"/>
        <w:autoSpaceDN w:val="0"/>
        <w:spacing w:before="226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правильно писать изученные слова;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правильно расставлять знаки препинания (точку, вопросительный и восклицательный знаки в конце предложения);</w:t>
      </w:r>
    </w:p>
    <w:p w:rsidR="002E6E29" w:rsidRPr="00614B77" w:rsidRDefault="00614B77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Лексическая сторона речи</w:t>
      </w:r>
    </w:p>
    <w:p w:rsidR="002E6E29" w:rsidRPr="00614B77" w:rsidRDefault="00614B77">
      <w:pPr>
        <w:autoSpaceDE w:val="0"/>
        <w:autoSpaceDN w:val="0"/>
        <w:spacing w:before="298" w:after="0" w:line="271" w:lineRule="auto"/>
        <w:ind w:left="420" w:right="1008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 правильно употреблять в устной и письмен ной речи не менее 200 лексических единиц (слов, словосочетаний, речевых клише), обслуживающих ситуации общения;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jc w:val="center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 помощью языковой догадки интернациональные слова (</w:t>
      </w:r>
      <w:r>
        <w:rPr>
          <w:rFonts w:ascii="Times New Roman" w:eastAsia="Times New Roman" w:hAnsi="Times New Roman"/>
          <w:color w:val="000000"/>
          <w:sz w:val="24"/>
        </w:rPr>
        <w:t>der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Film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das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Kino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2E6E29" w:rsidRPr="00614B77" w:rsidRDefault="00614B77">
      <w:pPr>
        <w:autoSpaceDE w:val="0"/>
        <w:autoSpaceDN w:val="0"/>
        <w:spacing w:before="32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Грамматическая сторона речи</w:t>
      </w:r>
    </w:p>
    <w:p w:rsidR="002E6E29" w:rsidRPr="00614B77" w:rsidRDefault="00614B77">
      <w:pPr>
        <w:tabs>
          <w:tab w:val="left" w:pos="180"/>
        </w:tabs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614B77">
        <w:rPr>
          <w:lang w:val="ru-RU"/>
        </w:rPr>
        <w:tab/>
      </w:r>
      <w:r w:rsidRPr="00614B77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распознавать и употреблять 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в устной и письменной речи изученные морфологические формы и синтаксические конструкции немецкого языка:</w:t>
      </w:r>
    </w:p>
    <w:p w:rsidR="002E6E29" w:rsidRPr="00614B77" w:rsidRDefault="00614B77">
      <w:pPr>
        <w:autoSpaceDE w:val="0"/>
        <w:autoSpaceDN w:val="0"/>
        <w:spacing w:before="180" w:after="0" w:line="262" w:lineRule="auto"/>
        <w:ind w:left="420" w:right="7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основные коммуникативные типы предложений: повествовательные (утвердительные, отрицательные (с </w:t>
      </w:r>
      <w:r>
        <w:rPr>
          <w:rFonts w:ascii="Times New Roman" w:eastAsia="Times New Roman" w:hAnsi="Times New Roman"/>
          <w:color w:val="000000"/>
          <w:sz w:val="24"/>
        </w:rPr>
        <w:t>nicht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), вопросительные (общий, специальный вопросы); </w:t>
      </w:r>
    </w:p>
    <w:p w:rsidR="002E6E29" w:rsidRPr="00614B77" w:rsidRDefault="00614B77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нераспространённые и распространённые простые предложения; предложения с простым глагольным сказуемым, с составным именным сказуемым и с простым составным глагольным сказуемым;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спряжение глаголов </w:t>
      </w:r>
      <w:r>
        <w:rPr>
          <w:rFonts w:ascii="Times New Roman" w:eastAsia="Times New Roman" w:hAnsi="Times New Roman"/>
          <w:color w:val="000000"/>
          <w:sz w:val="24"/>
        </w:rPr>
        <w:t>sein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haben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sens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; спряжение некоторых глаголов в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sens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, в том числе с изменением корневой гласной (</w:t>
      </w:r>
      <w:r>
        <w:rPr>
          <w:rFonts w:ascii="Times New Roman" w:eastAsia="Times New Roman" w:hAnsi="Times New Roman"/>
          <w:color w:val="000000"/>
          <w:sz w:val="24"/>
        </w:rPr>
        <w:t>fahren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tragen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lesen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sprechen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), кроме 2-го лица мн. числа;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модальные глаголы </w:t>
      </w:r>
      <w:r>
        <w:rPr>
          <w:rFonts w:ascii="Times New Roman" w:eastAsia="Times New Roman" w:hAnsi="Times New Roman"/>
          <w:color w:val="000000"/>
          <w:sz w:val="24"/>
        </w:rPr>
        <w:t>k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ö</w:t>
      </w:r>
      <w:r>
        <w:rPr>
          <w:rFonts w:ascii="Times New Roman" w:eastAsia="Times New Roman" w:hAnsi="Times New Roman"/>
          <w:color w:val="000000"/>
          <w:sz w:val="24"/>
        </w:rPr>
        <w:t>nnen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m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ö</w:t>
      </w:r>
      <w:r>
        <w:rPr>
          <w:rFonts w:ascii="Times New Roman" w:eastAsia="Times New Roman" w:hAnsi="Times New Roman"/>
          <w:color w:val="000000"/>
          <w:sz w:val="24"/>
        </w:rPr>
        <w:t>gen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r>
        <w:rPr>
          <w:rFonts w:ascii="Times New Roman" w:eastAsia="Times New Roman" w:hAnsi="Times New Roman"/>
          <w:color w:val="000000"/>
          <w:sz w:val="24"/>
        </w:rPr>
        <w:t>Pr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ä</w:t>
      </w:r>
      <w:r>
        <w:rPr>
          <w:rFonts w:ascii="Times New Roman" w:eastAsia="Times New Roman" w:hAnsi="Times New Roman"/>
          <w:color w:val="000000"/>
          <w:sz w:val="24"/>
        </w:rPr>
        <w:t>sens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; порядок слов в предложении с модальным глаголом;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 w:right="144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имена существительные с определённым и неопределённым артиклем (наиболее распространённые случаи употребления);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род имён существительных; существительные в именительном и винительном падежах; 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328" w:right="720" w:bottom="398" w:left="666" w:header="720" w:footer="720" w:gutter="0"/>
          <w:cols w:space="720" w:equalWidth="0">
            <w:col w:w="10514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108" w:line="220" w:lineRule="exact"/>
        <w:rPr>
          <w:lang w:val="ru-RU"/>
        </w:rPr>
      </w:pPr>
    </w:p>
    <w:p w:rsidR="002E6E29" w:rsidRPr="00614B77" w:rsidRDefault="00614B77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имена собственные (антропонимы) в родительном падеже; </w:t>
      </w:r>
    </w:p>
    <w:p w:rsidR="002E6E29" w:rsidRPr="00614B77" w:rsidRDefault="00614B77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—  личные (кроме </w:t>
      </w:r>
      <w:r>
        <w:rPr>
          <w:rFonts w:ascii="Times New Roman" w:eastAsia="Times New Roman" w:hAnsi="Times New Roman"/>
          <w:color w:val="000000"/>
          <w:sz w:val="24"/>
        </w:rPr>
        <w:t>ihr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) и притяжательные местоимения (</w:t>
      </w:r>
      <w:r>
        <w:rPr>
          <w:rFonts w:ascii="Times New Roman" w:eastAsia="Times New Roman" w:hAnsi="Times New Roman"/>
          <w:color w:val="000000"/>
          <w:sz w:val="24"/>
        </w:rPr>
        <w:t>mein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dein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2E6E29" w:rsidRPr="00614B77" w:rsidRDefault="00614B77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количественные числительные (1–12); вопросительные слова (</w:t>
      </w:r>
      <w:r>
        <w:rPr>
          <w:rFonts w:ascii="Times New Roman" w:eastAsia="Times New Roman" w:hAnsi="Times New Roman"/>
          <w:color w:val="000000"/>
          <w:sz w:val="24"/>
        </w:rPr>
        <w:t>wer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was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woher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wie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); союзы </w:t>
      </w:r>
      <w:r>
        <w:rPr>
          <w:rFonts w:ascii="Times New Roman" w:eastAsia="Times New Roman" w:hAnsi="Times New Roman"/>
          <w:color w:val="000000"/>
          <w:sz w:val="24"/>
        </w:rPr>
        <w:t>und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</w:rPr>
        <w:t>aber</w:t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 (при однородных членах).</w:t>
      </w:r>
    </w:p>
    <w:p w:rsidR="002E6E29" w:rsidRPr="00614B77" w:rsidRDefault="00614B77">
      <w:pPr>
        <w:autoSpaceDE w:val="0"/>
        <w:autoSpaceDN w:val="0"/>
        <w:spacing w:before="32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Социокультурные знания и умения</w:t>
      </w:r>
    </w:p>
    <w:p w:rsidR="002E6E29" w:rsidRPr="00614B77" w:rsidRDefault="00614B77">
      <w:pPr>
        <w:autoSpaceDE w:val="0"/>
        <w:autoSpaceDN w:val="0"/>
        <w:spacing w:before="226" w:after="0" w:line="281" w:lineRule="auto"/>
        <w:ind w:left="420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некоторые социокультурные элементы речевого поведенческого этикета, принятого в стране/странах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 знать название своей страны и страны/стран изучаемого языка, их столиц.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328" w:right="1092" w:bottom="1440" w:left="666" w:header="720" w:footer="720" w:gutter="0"/>
          <w:cols w:space="720" w:equalWidth="0">
            <w:col w:w="10142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64" w:line="220" w:lineRule="exact"/>
        <w:rPr>
          <w:lang w:val="ru-RU"/>
        </w:rPr>
      </w:pPr>
    </w:p>
    <w:p w:rsidR="002E6E29" w:rsidRDefault="00614B77">
      <w:pPr>
        <w:autoSpaceDE w:val="0"/>
        <w:autoSpaceDN w:val="0"/>
        <w:spacing w:after="258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1200"/>
        <w:gridCol w:w="530"/>
        <w:gridCol w:w="1104"/>
        <w:gridCol w:w="1140"/>
        <w:gridCol w:w="864"/>
        <w:gridCol w:w="7614"/>
        <w:gridCol w:w="1236"/>
        <w:gridCol w:w="1382"/>
      </w:tblGrid>
      <w:tr w:rsidR="002E6E29">
        <w:trPr>
          <w:trHeight w:hRule="exact" w:val="348"/>
        </w:trPr>
        <w:tc>
          <w:tcPr>
            <w:tcW w:w="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47" w:lineRule="auto"/>
              <w:ind w:left="72" w:right="72"/>
              <w:jc w:val="both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76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Виды, формы 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5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2E6E29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E29" w:rsidRDefault="002E6E2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E29" w:rsidRDefault="002E6E29"/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E29" w:rsidRDefault="002E6E2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E29" w:rsidRDefault="002E6E2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E29" w:rsidRDefault="002E6E29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E29" w:rsidRDefault="002E6E29"/>
        </w:tc>
      </w:tr>
      <w:tr w:rsidR="002E6E2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 Знакомство</w:t>
            </w:r>
          </w:p>
        </w:tc>
      </w:tr>
      <w:tr w:rsidR="002E6E29">
        <w:trPr>
          <w:trHeight w:hRule="exact" w:val="926"/>
        </w:trPr>
        <w:tc>
          <w:tcPr>
            <w:tcW w:w="4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6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Приветствие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01.09.2022 02.09.2022</w:t>
            </w:r>
          </w:p>
        </w:tc>
        <w:tc>
          <w:tcPr>
            <w:tcW w:w="76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6" w:after="0" w:line="250" w:lineRule="auto"/>
              <w:ind w:left="74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 называть буквы немецкого алфавита; знать их последовательность. Различать на слух и адекватно произносить все звуки немецкого языка, соблюдая нормы произнесения звуков. Соблюдать правильное ударение в изолированном слове, фразе. Вычленять некоторые звукобуквенные сочетания при анализе изученных слов;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</w:t>
            </w:r>
          </w:p>
        </w:tc>
      </w:tr>
      <w:tr w:rsidR="002E6E29">
        <w:trPr>
          <w:trHeight w:hRule="exact" w:val="92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Знакомство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05.09.2022 07.09.2022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6" w:after="0" w:line="250" w:lineRule="auto"/>
              <w:ind w:left="74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 называть буквы немецкого алфавита; знать их последовательность. Различать на слух и адекватно произносить все звуки немецкого языка, соблюдая нормы произнесения звуков. Соблюдать правильное ударение в изолированном слове, фразе. Вычленять некоторые звукобуквенные сочетания при анализе изученных слов;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resh.edu</w:t>
            </w:r>
          </w:p>
        </w:tc>
      </w:tr>
      <w:tr w:rsidR="002E6E29">
        <w:trPr>
          <w:trHeight w:hRule="exact" w:val="92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Прощание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12.09.2022 14.09.2022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0" w:lineRule="auto"/>
              <w:ind w:left="74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Правильно называть буквы немецкого алфавита; знать их последовательность. Различать на слух и адекватно произносить все звуки немецкого языка, соблюдая нормы произнесения звуков. Соблюдать правильное ударение в изолированном слове, фразе. Вычленять некоторые звукобуквенные сочетания при анализе изученных слов;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2E6E29">
        <w:trPr>
          <w:trHeight w:hRule="exact" w:val="348"/>
        </w:trPr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</w:tr>
      <w:tr w:rsidR="002E6E29">
        <w:trPr>
          <w:trHeight w:hRule="exact" w:val="35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Мир моего "я"</w:t>
            </w:r>
          </w:p>
        </w:tc>
      </w:tr>
      <w:tr w:rsidR="002E6E29">
        <w:trPr>
          <w:trHeight w:hRule="exact" w:val="111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88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14"/>
              </w:rPr>
              <w:t>Моя семья.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19.09.2022 21.10.2022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2" w:lineRule="auto"/>
              <w:ind w:left="74" w:right="43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Графически корректно воспроизводить буквы немецкого алфавита. Правильно писать изученные слова. Восстанавливать слово, вставляя пропущенные буквы. Правильно расставлять знаки препинания (точку вопросительный знак, восклицательный знак) в конце предложения;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фонетика;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лексика.;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  <w:tr w:rsidR="002E6E29">
        <w:trPr>
          <w:trHeight w:hRule="exact" w:val="111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45" w:lineRule="auto"/>
              <w:ind w:right="288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Мой день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рождения.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02.11.2022 11.11.2022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6" w:after="0" w:line="252" w:lineRule="auto"/>
              <w:ind w:left="74" w:right="43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Графически корректно воспроизводить буквы немецкого алфавита. Правильно писать изученные слова. Восстанавливать слово, вставляя пропущенные буквы. Правильно расставлять знаки препинания (точку вопросительный знак, восклицательный знак) в конце предложения;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фонетика;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лексика. чтение;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2E6E29">
        <w:trPr>
          <w:trHeight w:hRule="exact" w:val="111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Моя любимая еда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14.11.2022 23.11.2022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2" w:lineRule="auto"/>
              <w:ind w:left="74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называть буквы немецкого алфавита; знать их последовательность. Различать на слух и адекватно произносить все звуки немецкого языка, соблюдая нормы произнесения звуков. Соблюдать правильное ударение в изолированном слове, фразе. Вычленять некоторые звукобуквенные сочетания при анализе изученных слов;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2E6E29">
        <w:trPr>
          <w:trHeight w:hRule="exact" w:val="348"/>
        </w:trPr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</w:tr>
      <w:tr w:rsidR="002E6E2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Мир    моих    увлечений.</w:t>
            </w:r>
          </w:p>
        </w:tc>
      </w:tr>
      <w:tr w:rsidR="002E6E29">
        <w:trPr>
          <w:trHeight w:hRule="exact" w:val="1288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25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Любимый цвет.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24.11.2022 30.11.2022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6" w:after="0" w:line="252" w:lineRule="auto"/>
              <w:ind w:left="74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Правильно называть буквы немецкого алфавита; знать их последовательность. Различать на слух и адекватно произносить все звуки немецкого языка, соблюдая нормы произнесения звуков. Соблюдать правильное ударение в изолированном слове, фразе. Вычленять некоторые звукобуквенные сочетания при анализе изученных слов;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лексика;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чтение;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учи.ру</w:t>
            </w:r>
          </w:p>
        </w:tc>
      </w:tr>
    </w:tbl>
    <w:p w:rsidR="002E6E29" w:rsidRDefault="002E6E29">
      <w:pPr>
        <w:autoSpaceDE w:val="0"/>
        <w:autoSpaceDN w:val="0"/>
        <w:spacing w:after="0" w:line="14" w:lineRule="exact"/>
      </w:pPr>
    </w:p>
    <w:p w:rsidR="002E6E29" w:rsidRDefault="002E6E29">
      <w:pPr>
        <w:sectPr w:rsidR="002E6E29">
          <w:pgSz w:w="16840" w:h="11900"/>
          <w:pgMar w:top="282" w:right="640" w:bottom="37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E6E29" w:rsidRDefault="002E6E29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1200"/>
        <w:gridCol w:w="530"/>
        <w:gridCol w:w="1104"/>
        <w:gridCol w:w="1140"/>
        <w:gridCol w:w="864"/>
        <w:gridCol w:w="7614"/>
        <w:gridCol w:w="1236"/>
        <w:gridCol w:w="1382"/>
      </w:tblGrid>
      <w:tr w:rsidR="002E6E29">
        <w:trPr>
          <w:trHeight w:hRule="exact" w:val="111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6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Любимая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игрушка, игра.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01.12.2022 12.12.2022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2" w:lineRule="auto"/>
              <w:ind w:left="74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Описывать предмет, человека, литературного персонажа.Рассказывать о себе, своей семье, друге. Выражать своё отношение к предмету речи (Мне нравится/Мне не нравится …).Создавать связное монологическое высказывание по образцу, с использованием вербальных (ключевые слова, вопросы) и зрительных (картинки, фотографии) опор.;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фонетика;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2E6E29">
        <w:trPr>
          <w:trHeight w:hRule="exact" w:val="1502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Любимые занятия.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13.12.2022 31.12.2022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Начинать, поддерживать и заканчивать разговор; знакомиться с собеседником; поздравлять с праздником и вежливо реагировать на поздравление; выражать благодарность; приносить извинения.Приглашать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собеседника к совместной деятельности, вежливо соглашаться/не соглашаться на предложение собеседника. Запрашивать интересующую информацию; сообщать фактическую информацию, отвечая на вопросы (общие, специальные).Составлять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фотографии).; фонетика;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2E6E29">
        <w:trPr>
          <w:trHeight w:hRule="exact" w:val="92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Мой питомец.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11.01.2023 18.01.2023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6" w:after="0" w:line="250" w:lineRule="auto"/>
              <w:ind w:left="74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предмет, человека, литературного персонажа.Рассказывать о себе, своей семье, друге. Выражать своё отношение к предмету речи (Мне нравится/Мне не нравится …).Создавать связное монологическое высказывание по образцу, с использованием вербальных (ключевые слова, вопросы) и зрительных (картинки, фотографии) опор.;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2E6E29">
        <w:trPr>
          <w:trHeight w:hRule="exact" w:val="92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Выходной день (в цирке, в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зоопарке)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23.01.2023 06.02.2023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0" w:lineRule="auto"/>
              <w:ind w:left="74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Узнавать в письменном и устном тексте и понимать изученные лексические единицы (основные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значения).Употреблять в устной и письменной речи изученные лексические единицы в соответствии с коммуникативной задачей.Группировать слова по их тематической принадлежности. Опираться на языковую догадку в процессе чтения и аудирования (интернациональные слова).;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2E6E29">
        <w:trPr>
          <w:trHeight w:hRule="exact" w:val="348"/>
        </w:trPr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</w:tr>
      <w:tr w:rsidR="002E6E29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Мир вокруг меня.</w:t>
            </w:r>
          </w:p>
        </w:tc>
      </w:tr>
      <w:tr w:rsidR="002E6E29">
        <w:trPr>
          <w:trHeight w:hRule="exact" w:val="926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6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Моя школа.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866ECC" w:rsidRDefault="00866EC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07.02.2023 01.03.2023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0" w:lineRule="auto"/>
              <w:ind w:left="74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Узнавать в письменном и устном тексте и понимать изученные лексические единицы (основные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значения).Употреблять в устной и письменной речи изученные лексические единицы в соответствии с коммуникативной задачей.Группировать слова по их тематической принадлежности. Опираться на языковую догадку в процессе чтения и аудирования (интернациональные слова).;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2E6E29">
        <w:trPr>
          <w:trHeight w:hRule="exact" w:val="92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64" w:after="0" w:line="25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Мои друзья.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06.03.2023 17.03.2023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6" w:after="0" w:line="250" w:lineRule="auto"/>
              <w:ind w:left="74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предмет, человека, литературного персонажа.Рассказывать о себе, своей семье, друге. Выражать своё отношение к предмету речи (Мне нравится/Мне не нравится …).Создавать связное монологическое высказывание по образцу, с использованием вербальных (ключевые слова, вопросы) и зрительных (картинки, фотографии) опор.;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2E6E29">
        <w:trPr>
          <w:trHeight w:hRule="exact" w:val="92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47" w:lineRule="auto"/>
              <w:ind w:left="7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Моя малая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родина (город, село)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20.03.2023 04.04.2023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0" w:lineRule="auto"/>
              <w:ind w:left="74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предмет, человека, литературного персонажа.Рассказывать о себе, своей семье, друге. Выражать своё отношение к предмету речи (Мне нравится/Мне не нравится …).Создавать связное монологическое высказывание по образцу, с использованием вербальных (ключевые слова, вопросы) и зрительных (картинки, фотографии) опор.;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2E6E29">
        <w:trPr>
          <w:trHeight w:hRule="exact" w:val="348"/>
        </w:trPr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</w:tr>
      <w:tr w:rsidR="002E6E29" w:rsidRPr="00E3499A">
        <w:trPr>
          <w:trHeight w:hRule="exact" w:val="330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Раздел 5</w:t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. </w:t>
            </w:r>
            <w:r w:rsidRPr="00614B77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Родная страна и страны изучаемого языка.</w:t>
            </w:r>
          </w:p>
        </w:tc>
      </w:tr>
    </w:tbl>
    <w:p w:rsidR="002E6E29" w:rsidRPr="00614B77" w:rsidRDefault="002E6E29">
      <w:pPr>
        <w:autoSpaceDE w:val="0"/>
        <w:autoSpaceDN w:val="0"/>
        <w:spacing w:after="0" w:line="14" w:lineRule="exact"/>
        <w:rPr>
          <w:lang w:val="ru-RU"/>
        </w:rPr>
      </w:pPr>
    </w:p>
    <w:p w:rsidR="002E6E29" w:rsidRPr="00614B77" w:rsidRDefault="002E6E29">
      <w:pPr>
        <w:rPr>
          <w:lang w:val="ru-RU"/>
        </w:rPr>
        <w:sectPr w:rsidR="002E6E29" w:rsidRPr="00614B77">
          <w:pgSz w:w="16840" w:h="11900"/>
          <w:pgMar w:top="284" w:right="640" w:bottom="134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32"/>
        <w:gridCol w:w="1200"/>
        <w:gridCol w:w="530"/>
        <w:gridCol w:w="1104"/>
        <w:gridCol w:w="1140"/>
        <w:gridCol w:w="864"/>
        <w:gridCol w:w="7614"/>
        <w:gridCol w:w="1236"/>
        <w:gridCol w:w="1382"/>
      </w:tblGrid>
      <w:tr w:rsidR="002E6E29">
        <w:trPr>
          <w:trHeight w:hRule="exact" w:val="265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5..1.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66" w:after="0" w:line="252" w:lineRule="auto"/>
              <w:ind w:left="7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Названия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родной страны и страны/стран изучаемого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языка, их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столицы.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05.04.2023 10.04.2023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54" w:lineRule="auto"/>
              <w:ind w:left="74"/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Соотносить графический образ слова с его звуковым образом на основе знания правил чтения.Соблюдать правильное ударение в словах и фразах; интонацию в целом.Читать вслух и понимать учебные и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адаптированные аутентичные тексты, построенные на изученном языковом материале, с соблюдением правил чтения и соответствующей интонацией, обеспечивая тем самым адекватное восприятие читаемого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слушателями.Зрительно воспринимать текст, узнавать знакомые слова, грамматические явления и понимать основное содержание текста, построенного на изученном языковом материале.Определять тему прочитанного текста (о ком или о чём говорится в тексте).Определять главные факты/события в прочитанном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тексте.Соотносить текст/части текста с иллюстрациями.Использовать внешние формальные эле- менты текста (заголовок, иллюстрацию, сноску) для понимания основного содержания прочитанного текста.Находить в тексте, построенном на изученном языковом материале, запрашиваемую информацию фактического характера где происходить действие, любимое занятие героя рассказа и т. д.).Использовать языковую догадку для понимания основного содержания текста/на- хождения нужной информации в тексте.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Находить значение незнакомых слов в двуязычном словаре учебника.;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0" w:lineRule="auto"/>
              <w:ind w:left="7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Самооценка с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использованием«Оценочного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2E6E29">
        <w:trPr>
          <w:trHeight w:hRule="exact" w:val="92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64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Произведения детского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фольклора.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11.04.2023 21.04.2023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6" w:after="0" w:line="250" w:lineRule="auto"/>
              <w:ind w:left="74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Описывать предмет, человека, литературного персонажа.Рассказывать о себе, своей семье, друге. Выражать своё отношение к предмету речи (Мне нравится/Мне не нравится …).Создавать связное монологическое высказывание по образцу, с использованием вербальных (ключевые слова, вопросы) и зрительных (картинки, фотографии) опор.;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Устный опрос;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2E6E29">
        <w:trPr>
          <w:trHeight w:hRule="exact" w:val="1694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6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Персонажи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детских книг.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24.04.2023 28.04.2023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4" w:lineRule="auto"/>
              <w:ind w:left="7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Понимать в целом речь учителя по ведению урока.Распознавать на слух и полностью понимать связанное высказывание учителя, одноклассника, построенное на знакомом языковом материале; вербально/невербально реагировать на услышанное.Воспринимать на слух и понимать основное содержание текста, построенного на изученном языковом материале.Определять тему прослушанного текста. Определять главные факты/события в прослушанном тексте.Воспринимать на слух и понимать запрашиваемую информацию фактического характера (имя, возраст, любимое занятие, цвет и т. д.) в тексте, построенном на изученном языковом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материале.Использовать зрительные опоры (картинки, фотографии) при восприятии на слух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текста.Использовать языковую догадку при восприятии на слух текста.-;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2E6E29">
        <w:trPr>
          <w:trHeight w:hRule="exact" w:val="1500"/>
        </w:trPr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4" w:lineRule="auto"/>
              <w:ind w:left="7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Праздники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родной страны и страны/стран изучаемого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языка (Новый год,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Рождество)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11.05.2023 23.05.2023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2" w:lineRule="auto"/>
              <w:ind w:left="7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Начинать, поддерживать и заканчивать разговор; знакомиться с собеседником; поздравлять с праздником и вежливо реагировать на поздравление; выражать благодарность; приносить извинения.Приглашать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собеседника к совместной деятельности, вежливо соглашаться/не соглашаться на предложение собеседника. Запрашивать интересующую информацию; сообщать фактическую информацию, отвечая на вопросы (общие, специальные).Составлять диалог в соответствии с поставленной коммуникативной задачей по образцу, с использованием вербальных (речевые ситуации, ключевые слова) и зрительных опор (картинки, фотографии).;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реш.еду</w:t>
            </w:r>
          </w:p>
        </w:tc>
      </w:tr>
      <w:tr w:rsidR="002E6E29">
        <w:trPr>
          <w:trHeight w:hRule="exact" w:val="348"/>
        </w:trPr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 по разделу: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  <w:tc>
          <w:tcPr>
            <w:tcW w:w="1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</w:tr>
      <w:tr w:rsidR="002E6E29">
        <w:trPr>
          <w:trHeight w:hRule="exact" w:val="904"/>
        </w:trPr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50" w:lineRule="auto"/>
              <w:ind w:left="72" w:right="43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ОБЩЕЕ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КОЛИЧЕСТВО ЧАСОВ ПО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ПРОГРАММЕ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866ECC" w:rsidRDefault="00866ECC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</w:tr>
    </w:tbl>
    <w:p w:rsidR="002E6E29" w:rsidRDefault="002E6E29">
      <w:pPr>
        <w:autoSpaceDE w:val="0"/>
        <w:autoSpaceDN w:val="0"/>
        <w:spacing w:after="0" w:line="14" w:lineRule="exact"/>
      </w:pPr>
    </w:p>
    <w:p w:rsidR="002E6E29" w:rsidRDefault="002E6E29">
      <w:pPr>
        <w:sectPr w:rsidR="002E6E29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2E6E29" w:rsidRDefault="002E6E29">
      <w:pPr>
        <w:autoSpaceDE w:val="0"/>
        <w:autoSpaceDN w:val="0"/>
        <w:spacing w:after="74" w:line="220" w:lineRule="exact"/>
      </w:pPr>
    </w:p>
    <w:p w:rsidR="002E6E29" w:rsidRDefault="00614B77">
      <w:pPr>
        <w:autoSpaceDE w:val="0"/>
        <w:autoSpaceDN w:val="0"/>
        <w:spacing w:after="252" w:line="230" w:lineRule="auto"/>
      </w:pPr>
      <w:r>
        <w:rPr>
          <w:rFonts w:ascii="Times New Roman" w:eastAsia="Times New Roman" w:hAnsi="Times New Roman"/>
          <w:b/>
          <w:color w:val="000000"/>
          <w:w w:val="98"/>
          <w:sz w:val="19"/>
        </w:rPr>
        <w:t xml:space="preserve">ПОУРОЧНОЕ ПЛАНИРОВАНИЕ </w:t>
      </w: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394"/>
        <w:gridCol w:w="4734"/>
        <w:gridCol w:w="574"/>
        <w:gridCol w:w="1266"/>
        <w:gridCol w:w="1306"/>
        <w:gridCol w:w="968"/>
        <w:gridCol w:w="1428"/>
      </w:tblGrid>
      <w:tr w:rsidR="002E6E29">
        <w:trPr>
          <w:trHeight w:hRule="exact" w:val="386"/>
        </w:trPr>
        <w:tc>
          <w:tcPr>
            <w:tcW w:w="39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62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19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19"/>
              </w:rPr>
              <w:t>п/п</w:t>
            </w:r>
          </w:p>
        </w:tc>
        <w:tc>
          <w:tcPr>
            <w:tcW w:w="4734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6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19"/>
              </w:rPr>
              <w:t>Тема урока</w:t>
            </w:r>
          </w:p>
        </w:tc>
        <w:tc>
          <w:tcPr>
            <w:tcW w:w="3146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19"/>
              </w:rPr>
              <w:t>Количество часов</w:t>
            </w:r>
          </w:p>
        </w:tc>
        <w:tc>
          <w:tcPr>
            <w:tcW w:w="968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62" w:lineRule="auto"/>
              <w:ind w:left="58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19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19"/>
              </w:rPr>
              <w:t>изучения</w:t>
            </w:r>
          </w:p>
        </w:tc>
        <w:tc>
          <w:tcPr>
            <w:tcW w:w="1428" w:type="dxa"/>
            <w:vMerge w:val="restart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62" w:lineRule="auto"/>
              <w:ind w:left="56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19"/>
              </w:rPr>
              <w:t>Виды, формы контроля</w:t>
            </w:r>
          </w:p>
        </w:tc>
      </w:tr>
      <w:tr w:rsidR="002E6E29">
        <w:trPr>
          <w:trHeight w:hRule="exact" w:val="646"/>
        </w:trPr>
        <w:tc>
          <w:tcPr>
            <w:tcW w:w="1528" w:type="dxa"/>
            <w:vMerge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2E6E29" w:rsidRDefault="002E6E29"/>
        </w:tc>
        <w:tc>
          <w:tcPr>
            <w:tcW w:w="1528" w:type="dxa"/>
            <w:vMerge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E29" w:rsidRDefault="002E6E29"/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19"/>
              </w:rPr>
              <w:t xml:space="preserve">всего 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62" w:lineRule="auto"/>
              <w:ind w:left="54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19"/>
              </w:rPr>
              <w:t>контрольные работы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62" w:lineRule="auto"/>
              <w:ind w:left="58"/>
            </w:pPr>
            <w:r>
              <w:rPr>
                <w:rFonts w:ascii="Times New Roman" w:eastAsia="Times New Roman" w:hAnsi="Times New Roman"/>
                <w:b/>
                <w:color w:val="000000"/>
                <w:w w:val="98"/>
                <w:sz w:val="19"/>
              </w:rPr>
              <w:t>практические работы</w:t>
            </w:r>
          </w:p>
        </w:tc>
        <w:tc>
          <w:tcPr>
            <w:tcW w:w="1528" w:type="dxa"/>
            <w:vMerge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E29" w:rsidRDefault="002E6E29"/>
        </w:tc>
        <w:tc>
          <w:tcPr>
            <w:tcW w:w="1528" w:type="dxa"/>
            <w:vMerge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2E6E29" w:rsidRDefault="002E6E29"/>
        </w:tc>
      </w:tr>
      <w:tr w:rsidR="002E6E29">
        <w:trPr>
          <w:trHeight w:hRule="exact" w:val="650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62" w:lineRule="auto"/>
              <w:ind w:left="56" w:right="720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Знакомство.Приветствие,знакомство.прощание. Приветствие одноклассников и учителя.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02.09.2022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1172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 w:rsidP="00E3499A">
            <w:pPr>
              <w:autoSpaceDE w:val="0"/>
              <w:autoSpaceDN w:val="0"/>
              <w:spacing w:before="74" w:after="0"/>
              <w:ind w:left="56" w:right="288"/>
              <w:rPr>
                <w:lang w:val="ru-RU"/>
              </w:rPr>
            </w:pPr>
            <w:proofErr w:type="spellStart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Знакомство</w:t>
            </w:r>
            <w:proofErr w:type="gramStart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.П</w:t>
            </w:r>
            <w:proofErr w:type="gramEnd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риветствие,знакомство,прощание.Изучение</w:t>
            </w:r>
            <w:proofErr w:type="spellEnd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 букв алфавита: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Aa</w:t>
            </w:r>
            <w:proofErr w:type="gramStart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Ee</w:t>
            </w:r>
            <w:proofErr w:type="spellEnd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Ii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Oo</w:t>
            </w:r>
            <w:proofErr w:type="spellEnd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Uu</w:t>
            </w:r>
            <w:proofErr w:type="spellEnd"/>
            <w:proofErr w:type="gramEnd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 Соотнесение букв и звуков в словах.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05.09.2022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4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Диалог;</w:t>
            </w:r>
          </w:p>
        </w:tc>
      </w:tr>
      <w:tr w:rsidR="002E6E29">
        <w:trPr>
          <w:trHeight w:hRule="exact" w:val="912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3.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71" w:lineRule="auto"/>
              <w:ind w:left="5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Знакомство.Приветствие.знакомство.прощание.Изучение букв алфавита и буквосочетаний: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Tt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Nn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Gg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ng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. </w:t>
            </w:r>
            <w:r w:rsidRPr="00614B7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Соотнесение букв и звуков в словах.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07.09.2022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фронтальный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опрос;</w:t>
            </w:r>
          </w:p>
        </w:tc>
      </w:tr>
      <w:tr w:rsidR="002E6E29">
        <w:trPr>
          <w:trHeight w:hRule="exact" w:val="1176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4.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 w:rsidP="00CC3255">
            <w:pPr>
              <w:autoSpaceDE w:val="0"/>
              <w:autoSpaceDN w:val="0"/>
              <w:spacing w:before="78" w:after="0" w:line="230" w:lineRule="auto"/>
              <w:ind w:left="56"/>
              <w:rPr>
                <w:lang w:val="ru-RU"/>
              </w:rPr>
            </w:pPr>
            <w:proofErr w:type="spellStart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Знакомство</w:t>
            </w:r>
            <w:proofErr w:type="gramStart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.П</w:t>
            </w:r>
            <w:proofErr w:type="gramEnd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риветствие,знакомство,прощание.Изучение</w:t>
            </w:r>
            <w:proofErr w:type="spellEnd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 букв алфавита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Hh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Dd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Ss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Cc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.Соотнесение букв и звуков в словах.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12.09.2022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62" w:lineRule="auto"/>
              <w:ind w:left="122" w:right="144" w:hanging="122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 Инсценировка;</w:t>
            </w:r>
          </w:p>
        </w:tc>
      </w:tr>
      <w:tr w:rsidR="002E6E29" w:rsidRPr="00CC3255">
        <w:trPr>
          <w:trHeight w:hRule="exact" w:val="908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5.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 w:rsidP="00CC3255">
            <w:pPr>
              <w:autoSpaceDE w:val="0"/>
              <w:autoSpaceDN w:val="0"/>
              <w:spacing w:before="74" w:after="0" w:line="271" w:lineRule="auto"/>
              <w:ind w:left="56" w:right="864"/>
              <w:rPr>
                <w:lang w:val="ru-RU"/>
              </w:rPr>
            </w:pPr>
            <w:proofErr w:type="spellStart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Знакомство</w:t>
            </w:r>
            <w:proofErr w:type="gramStart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.П</w:t>
            </w:r>
            <w:proofErr w:type="gramEnd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риветствие,знакомство,прощание.Изучение</w:t>
            </w:r>
            <w:proofErr w:type="spellEnd"/>
            <w:r w:rsidR="00CC3255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 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букв алфавита</w:t>
            </w:r>
            <w:r w:rsidRPr="00614B7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Rr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Ww</w:t>
            </w:r>
            <w:proofErr w:type="spellEnd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Ff</w:t>
            </w:r>
            <w:proofErr w:type="spellEnd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.Соотнесение букв и звуков в словах.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CC3255" w:rsidRDefault="00614B77">
            <w:pPr>
              <w:autoSpaceDE w:val="0"/>
              <w:autoSpaceDN w:val="0"/>
              <w:spacing w:before="74" w:after="0" w:line="230" w:lineRule="auto"/>
              <w:ind w:left="58"/>
              <w:rPr>
                <w:lang w:val="ru-RU"/>
              </w:rPr>
            </w:pPr>
            <w:r w:rsidRPr="00CC3255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CC3255" w:rsidRDefault="00614B77">
            <w:pPr>
              <w:autoSpaceDE w:val="0"/>
              <w:autoSpaceDN w:val="0"/>
              <w:spacing w:before="74" w:after="0" w:line="230" w:lineRule="auto"/>
              <w:ind w:left="54"/>
              <w:rPr>
                <w:lang w:val="ru-RU"/>
              </w:rPr>
            </w:pPr>
            <w:r w:rsidRPr="00CC3255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CC3255" w:rsidRDefault="00614B77">
            <w:pPr>
              <w:autoSpaceDE w:val="0"/>
              <w:autoSpaceDN w:val="0"/>
              <w:spacing w:before="74" w:after="0" w:line="230" w:lineRule="auto"/>
              <w:ind w:left="58"/>
              <w:rPr>
                <w:lang w:val="ru-RU"/>
              </w:rPr>
            </w:pPr>
            <w:r w:rsidRPr="00CC3255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CC3255" w:rsidRDefault="00614B77">
            <w:pPr>
              <w:autoSpaceDE w:val="0"/>
              <w:autoSpaceDN w:val="0"/>
              <w:spacing w:before="74" w:after="0" w:line="230" w:lineRule="auto"/>
              <w:jc w:val="center"/>
              <w:rPr>
                <w:lang w:val="ru-RU"/>
              </w:rPr>
            </w:pPr>
            <w:r w:rsidRPr="00CC3255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15.09.2022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Pr="00CC3255" w:rsidRDefault="00614B77">
            <w:pPr>
              <w:autoSpaceDE w:val="0"/>
              <w:autoSpaceDN w:val="0"/>
              <w:spacing w:before="74" w:after="0" w:line="271" w:lineRule="auto"/>
              <w:ind w:left="122" w:right="144" w:hanging="122"/>
              <w:rPr>
                <w:lang w:val="ru-RU"/>
              </w:rPr>
            </w:pPr>
            <w:r w:rsidRPr="00CC3255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 Устный опрос; буквенный </w:t>
            </w:r>
            <w:r w:rsidRPr="00CC3255">
              <w:rPr>
                <w:lang w:val="ru-RU"/>
              </w:rPr>
              <w:br/>
            </w:r>
            <w:r w:rsidRPr="00CC3255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диктант;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CC3255" w:rsidRDefault="00614B77">
            <w:pPr>
              <w:autoSpaceDE w:val="0"/>
              <w:autoSpaceDN w:val="0"/>
              <w:spacing w:before="80" w:after="0" w:line="230" w:lineRule="auto"/>
              <w:ind w:left="56"/>
              <w:rPr>
                <w:lang w:val="ru-RU"/>
              </w:rPr>
            </w:pPr>
            <w:r w:rsidRPr="00CC3255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6.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80" w:after="0" w:line="262" w:lineRule="auto"/>
              <w:ind w:left="56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Я и моя </w:t>
            </w:r>
            <w:proofErr w:type="spellStart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семья</w:t>
            </w:r>
            <w:proofErr w:type="gramStart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.М</w:t>
            </w:r>
            <w:proofErr w:type="gramEnd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оя</w:t>
            </w:r>
            <w:proofErr w:type="spellEnd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 семья.Изучение букв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алфавита: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Ll</w:t>
            </w:r>
            <w:proofErr w:type="gramStart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Mm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Jj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.Соотнесение</w:t>
            </w:r>
            <w:proofErr w:type="gramEnd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 букв и звуков в словах.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80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80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80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8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19.09.2022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80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диктант;</w:t>
            </w:r>
          </w:p>
        </w:tc>
      </w:tr>
      <w:tr w:rsidR="002E6E29">
        <w:trPr>
          <w:trHeight w:hRule="exact" w:val="912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7.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71" w:lineRule="auto"/>
              <w:ind w:left="56" w:right="144"/>
              <w:rPr>
                <w:lang w:val="ru-RU"/>
              </w:rPr>
            </w:pPr>
            <w:bookmarkStart w:id="0" w:name="_GoBack"/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Я и моя семья.Моя семья. Изучение букв алфавита и буквосочетаний: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Bb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Kk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ck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.Соотнесение букв и звуков в словах</w:t>
            </w:r>
            <w:bookmarkEnd w:id="0"/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21.09.2022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контроль;</w:t>
            </w:r>
          </w:p>
        </w:tc>
      </w:tr>
      <w:tr w:rsidR="002E6E29">
        <w:trPr>
          <w:trHeight w:hRule="exact" w:val="912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8.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71" w:lineRule="auto"/>
              <w:ind w:left="56" w:right="478"/>
              <w:jc w:val="both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Я и моя семья.моя семья. Изучение букв алфавита и буквосочетаний: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Zz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Vv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Qq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Yy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ie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 Соотнесение букв и звуков в словах.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26.09.2022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работа;</w:t>
            </w:r>
          </w:p>
        </w:tc>
      </w:tr>
      <w:tr w:rsidR="002E6E29">
        <w:trPr>
          <w:trHeight w:hRule="exact" w:val="912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6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9.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71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Я и моя семья. Моя семья.Изучение букв алфавита и буквосочетаний: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Pp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ah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oh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eh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.Соотнесение букв и звуков в словах.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28.09.2022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контроль;</w:t>
            </w:r>
          </w:p>
        </w:tc>
      </w:tr>
      <w:tr w:rsidR="002E6E29">
        <w:trPr>
          <w:trHeight w:hRule="exact" w:val="910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10.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71" w:lineRule="auto"/>
              <w:ind w:left="56" w:right="288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Я и моя семья.Моя семья. Изучение букв алфавита и буквосочетаний: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Xx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Aa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Oo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Uu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au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Соотнесение букв и звуков в словах.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03.10.2022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11.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62" w:lineRule="auto"/>
              <w:ind w:left="56" w:right="1728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Я и моя семья. Моя семья. Изучение буквосочетаний: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sp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st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sch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tz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th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ph</w:t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tsch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05.10.2022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 w:rsidRPr="00E3499A">
        <w:trPr>
          <w:trHeight w:hRule="exact" w:val="1314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12.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30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Я и моя семья. Моя семья.познакомьтесь с моей семьёй.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10.10.2022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/>
              <w:ind w:left="122" w:hanging="12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 Самооценка с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использованием«Оценочного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листа»;</w:t>
            </w:r>
          </w:p>
        </w:tc>
      </w:tr>
      <w:tr w:rsidR="002E6E29">
        <w:trPr>
          <w:trHeight w:hRule="exact" w:val="388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13.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Я и моя семья. Моя семья.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Наша дружная семья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12.10.2022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14.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6" w:after="0" w:line="230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Я и моя семья. Моя семья. Члены моей семьи-какие они?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17.10.2022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контроль;</w:t>
            </w:r>
          </w:p>
        </w:tc>
      </w:tr>
      <w:tr w:rsidR="002E6E29">
        <w:trPr>
          <w:trHeight w:hRule="exact" w:val="646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15.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6" w:after="0" w:line="230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Я и моя семья. Моя любимая семья.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19.10.2022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работа;</w:t>
            </w:r>
          </w:p>
        </w:tc>
      </w:tr>
      <w:tr w:rsidR="002E6E29">
        <w:trPr>
          <w:trHeight w:hRule="exact" w:val="386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16.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6" w:after="0" w:line="230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Я и моя семья.Что я ношу зимой.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24.10.2022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384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17.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30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Я и моя семья.Что я ношу зимой.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04.11.2022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28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18.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6" w:after="0" w:line="230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Я и моя семья.Моя семья.Новогодняя открытка.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07.11.2022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монолог;</w:t>
            </w:r>
          </w:p>
        </w:tc>
      </w:tr>
    </w:tbl>
    <w:p w:rsidR="002E6E29" w:rsidRDefault="002E6E29">
      <w:pPr>
        <w:autoSpaceDE w:val="0"/>
        <w:autoSpaceDN w:val="0"/>
        <w:spacing w:after="0" w:line="14" w:lineRule="exact"/>
      </w:pPr>
    </w:p>
    <w:p w:rsidR="002E6E29" w:rsidRDefault="002E6E29">
      <w:pPr>
        <w:sectPr w:rsidR="002E6E29">
          <w:pgSz w:w="11900" w:h="16840"/>
          <w:pgMar w:top="296" w:right="556" w:bottom="288" w:left="646" w:header="720" w:footer="720" w:gutter="0"/>
          <w:cols w:space="720" w:equalWidth="0">
            <w:col w:w="10698" w:space="0"/>
          </w:cols>
          <w:docGrid w:linePitch="360"/>
        </w:sectPr>
      </w:pPr>
    </w:p>
    <w:p w:rsidR="002E6E29" w:rsidRDefault="002E6E29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394"/>
        <w:gridCol w:w="4734"/>
        <w:gridCol w:w="574"/>
        <w:gridCol w:w="1266"/>
        <w:gridCol w:w="1306"/>
        <w:gridCol w:w="968"/>
        <w:gridCol w:w="1428"/>
      </w:tblGrid>
      <w:tr w:rsidR="002E6E29">
        <w:trPr>
          <w:trHeight w:hRule="exact" w:val="384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19.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Я и моя семья.Мой день рождения.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С днем рождения.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09.11.2022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20.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62" w:lineRule="auto"/>
              <w:ind w:left="56" w:right="432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Я и моя семья.Мой день рождения.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Подарки на день рождения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14.11.2022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21.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Я и моя семья..Моя семья.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Семейные праздники.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16.11.2022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контроль;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22.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62" w:lineRule="auto"/>
              <w:ind w:left="56" w:right="432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Повторение и контроль.Я и моя семья.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Открытки из путешествий.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21.11.2022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23.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62" w:lineRule="auto"/>
              <w:ind w:left="56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Я и моя семья.Моя семья. Моя любимая еда.Покупки в магазине.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23.11.2022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работа;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24.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62" w:lineRule="auto"/>
              <w:ind w:left="56" w:right="57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Я и моя семья. Моя семья.Моя любимая еда.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Что я люблю есть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28.11.2022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25.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62" w:lineRule="auto"/>
              <w:ind w:left="56" w:right="14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Я и моя семья.Моя семья. моя любимая еда.Интересные блюда разных стран.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30.11.2022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50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26.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6" w:after="0" w:line="230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моих увлечений. Что мы умеем делать?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05.12.2022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6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работа;</w:t>
            </w:r>
          </w:p>
        </w:tc>
      </w:tr>
      <w:tr w:rsidR="002E6E29">
        <w:trPr>
          <w:trHeight w:hRule="exact" w:val="646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27.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62" w:lineRule="auto"/>
              <w:ind w:left="56" w:right="57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моих увлечений.Мой питомец.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Какие бывают животные?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07.12.2022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28.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62" w:lineRule="auto"/>
              <w:ind w:left="56" w:right="144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моих увлечений. Мой питомец.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Что умеют делать животные?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12.12.2022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8" w:after="0" w:line="262" w:lineRule="auto"/>
              <w:ind w:right="14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Практическая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работа;</w:t>
            </w:r>
          </w:p>
        </w:tc>
      </w:tr>
      <w:tr w:rsidR="002E6E29">
        <w:trPr>
          <w:trHeight w:hRule="exact" w:val="386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29.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моих увлечений.Любимые занятия.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Мои увлечения.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14.12.2022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30.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62" w:lineRule="auto"/>
              <w:ind w:left="56" w:right="144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моих увлечений. Любимые занятия.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Мои любимые занятия.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19.12.2022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386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31.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30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моих увлечений.Любимый цвет.Цифры и цвета.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21.12.2022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6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32.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4" w:after="0" w:line="262" w:lineRule="auto"/>
              <w:ind w:left="56" w:right="43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моих увлечений. Мой питомец. Удивительные животные.Повторение и контроль.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26.12.2022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работа;</w:t>
            </w:r>
          </w:p>
        </w:tc>
      </w:tr>
      <w:tr w:rsidR="002E6E29">
        <w:trPr>
          <w:trHeight w:hRule="exact" w:val="650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33.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62" w:lineRule="auto"/>
              <w:ind w:left="56" w:right="86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моих увлечений. Любимые занятия.Чем я занимаюсь каждый день.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28.12.2022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34.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62" w:lineRule="auto"/>
              <w:ind w:left="5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моих увлечений.Любимая игрушка.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Сколько у меня игрушек?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13.01.2023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3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35.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62" w:lineRule="auto"/>
              <w:ind w:left="56" w:right="432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моих увлечений.Любимая игрушка.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Что умеют делать игрушки?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16.01.2023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386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36.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30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моих увлечений. Любимые занятия.Весна.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18.01.2023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384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37.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4" w:after="0" w:line="230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моих увлечений.Любимые занятия.Лето.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23.01.2023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386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38.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30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моих увлечений. Любимые занятия.Осень.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25.01.2023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384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39.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моих увлечений.Любимые занятия.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Зима.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30.01.2023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40.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62" w:lineRule="auto"/>
              <w:ind w:left="56" w:right="288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моих увлечений.Любимые занятия. Чем я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занимаюсь в разную погоду.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Повторение и контроль.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01.02.2023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41.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62" w:lineRule="auto"/>
              <w:ind w:left="56" w:right="432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моих увлечений.Любимый цвет.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Карнавальные костюмы.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06.02.2023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50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42.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62" w:lineRule="auto"/>
              <w:ind w:left="56" w:right="864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моих увлечений.Выходной день.(в цирке, зоопарке)Берлинский зоопарк.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08.02.2023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43.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4" w:after="0" w:line="262" w:lineRule="auto"/>
              <w:ind w:left="56" w:right="43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моих увлечений. Любимые занятия.Составляем расписание на неделю.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13.02.2023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4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контроль;</w:t>
            </w:r>
          </w:p>
        </w:tc>
      </w:tr>
      <w:tr w:rsidR="002E6E29">
        <w:trPr>
          <w:trHeight w:hRule="exact" w:val="646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44.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62" w:lineRule="auto"/>
              <w:ind w:left="56" w:right="432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 Мир моих увлечений.Мой питомец.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Удивительные животные вокруг света.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15.02.2023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28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45.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62" w:lineRule="auto"/>
              <w:ind w:left="56" w:right="432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моих увлечений.Мой питомец.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Удивительные животные России.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20.02.2023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</w:tbl>
    <w:p w:rsidR="002E6E29" w:rsidRDefault="002E6E29">
      <w:pPr>
        <w:autoSpaceDE w:val="0"/>
        <w:autoSpaceDN w:val="0"/>
        <w:spacing w:after="0" w:line="14" w:lineRule="exact"/>
      </w:pPr>
    </w:p>
    <w:p w:rsidR="002E6E29" w:rsidRDefault="002E6E29">
      <w:pPr>
        <w:sectPr w:rsidR="002E6E29">
          <w:pgSz w:w="11900" w:h="16840"/>
          <w:pgMar w:top="284" w:right="556" w:bottom="300" w:left="646" w:header="720" w:footer="720" w:gutter="0"/>
          <w:cols w:space="720" w:equalWidth="0">
            <w:col w:w="10698" w:space="0"/>
          </w:cols>
          <w:docGrid w:linePitch="360"/>
        </w:sectPr>
      </w:pPr>
    </w:p>
    <w:p w:rsidR="002E6E29" w:rsidRDefault="002E6E29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394"/>
        <w:gridCol w:w="4734"/>
        <w:gridCol w:w="574"/>
        <w:gridCol w:w="1266"/>
        <w:gridCol w:w="1306"/>
        <w:gridCol w:w="968"/>
        <w:gridCol w:w="1428"/>
      </w:tblGrid>
      <w:tr w:rsidR="002E6E29">
        <w:trPr>
          <w:trHeight w:hRule="exact" w:val="384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46.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вокруг меня.Мои друзья.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Мои знакомые и друзья.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22.02.2023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47.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62" w:lineRule="auto"/>
              <w:ind w:left="56" w:right="43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вокруг меня.Мои друзья.Мой лучший друг/моя лучшая подруга.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27.02.2023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48.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62" w:lineRule="auto"/>
              <w:ind w:left="56" w:right="43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вокруг меня.Моя школа. Что окружает меня в школе.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01.03.2023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49.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62" w:lineRule="auto"/>
              <w:ind w:left="56" w:right="432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вокруг меня.Мои друзья. Мои друзья из других стран.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06.03.2023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50.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62" w:lineRule="auto"/>
              <w:ind w:left="56" w:right="288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вокруг меня.Моя малая родина.(город, село)Мой родной город.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09.03.2023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51.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62" w:lineRule="auto"/>
              <w:ind w:left="56" w:right="57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вокруг меня. Моя школа.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Моё расписание на неделю.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13.03.2023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52.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62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вокруг меня.Моя малая родина(город,село)Времена года.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15.03.2023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384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53.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6" w:after="0" w:line="230" w:lineRule="auto"/>
              <w:jc w:val="center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вокруг меня.Моя малая родина(город,село) Погода.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20.03.2023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386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54.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30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вокруг меня. Моя школа. Что я делаю в школе.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22.03.2023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724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55.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вокруг меня. Моя школа.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Расписание уроков.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03.04.2023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контроль;</w:t>
            </w:r>
          </w:p>
        </w:tc>
      </w:tr>
      <w:tr w:rsidR="002E6E29">
        <w:trPr>
          <w:trHeight w:hRule="exact" w:val="648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56.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62" w:lineRule="auto"/>
              <w:ind w:left="56" w:right="129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вокруг меня. Моя школа.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Школьные принадлежности и вещи.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05.04.2023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386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57.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30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вокруг меня. Моя школа.Уроки в школе.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10.04.2023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46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58.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62" w:lineRule="auto"/>
              <w:ind w:left="56" w:right="129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вокруг меня. Моя школа.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Школьные принадлежности.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12.04.2023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386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59.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Мир вокруг меня. Моя школа.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Мой любимый урок.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17.04.2023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650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60.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62" w:lineRule="auto"/>
              <w:ind w:left="56" w:right="288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Мир вокруг меня. Моя школа.Мои друзья. школьный праздник.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19.04.2023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910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61.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71" w:lineRule="auto"/>
              <w:ind w:left="56" w:right="288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Родная страна и страны изучаемого языка. название родной страны и стран изучаемого языка, их столицы.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Наша большая страна-Россия.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24.04.2023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912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62.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71" w:lineRule="auto"/>
              <w:ind w:left="56" w:right="288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Родная страна и страны изучаемого языка.Праздники родной страны и стран изучаемого языка(Новый год, Рождество) Рождество в Германии.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26.04.2023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контроль;</w:t>
            </w:r>
          </w:p>
        </w:tc>
      </w:tr>
      <w:tr w:rsidR="002E6E29">
        <w:trPr>
          <w:trHeight w:hRule="exact" w:val="910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63.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71" w:lineRule="auto"/>
              <w:ind w:left="56" w:right="398"/>
              <w:jc w:val="both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Родная страна и страны изучаемого языка.праздники родной страны и стран изучаемого языка(Новый год.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Рождество)Новый год в России.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10.05.2023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910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64.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71" w:lineRule="auto"/>
              <w:ind w:left="5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Родная страна и страны изучаемого языка. Произведения детского фольклора. Персонажи детских книг. </w:t>
            </w:r>
            <w:r w:rsidRPr="00614B77">
              <w:rPr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Новогодние песни и стихи.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15.05.2023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912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65.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71" w:lineRule="auto"/>
              <w:ind w:left="56" w:right="288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Родная страна и страны изучаемого языка.Праздники родной страны и стран изучаемого языка(Новый год, Рождество)Кёльнский карнавал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17.05.2023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910"/>
        </w:trPr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66.</w:t>
            </w:r>
          </w:p>
        </w:tc>
        <w:tc>
          <w:tcPr>
            <w:tcW w:w="47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71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Родная страна и страны изучаемого языка.Название родной страны и стран изучаемого языка. их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столицы.Путешествие в Берлин.Повторение и контроль.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22.05.2023</w:t>
            </w:r>
          </w:p>
        </w:tc>
        <w:tc>
          <w:tcPr>
            <w:tcW w:w="14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894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67.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6" w:after="0" w:line="271" w:lineRule="auto"/>
              <w:ind w:left="56" w:right="288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Родная страна и страны изучаемого языка.названия родной страны и стран изучаемого языка, их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столицы.путешествие в Кёльн.повторение и контроль.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24.05.2023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tabs>
                <w:tab w:val="left" w:pos="122"/>
              </w:tabs>
              <w:autoSpaceDE w:val="0"/>
              <w:autoSpaceDN w:val="0"/>
              <w:spacing w:before="76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контроль;</w:t>
            </w:r>
          </w:p>
        </w:tc>
      </w:tr>
    </w:tbl>
    <w:p w:rsidR="002E6E29" w:rsidRDefault="002E6E29">
      <w:pPr>
        <w:autoSpaceDE w:val="0"/>
        <w:autoSpaceDN w:val="0"/>
        <w:spacing w:after="0" w:line="14" w:lineRule="exact"/>
      </w:pPr>
    </w:p>
    <w:p w:rsidR="002E6E29" w:rsidRDefault="002E6E29">
      <w:pPr>
        <w:sectPr w:rsidR="002E6E29">
          <w:pgSz w:w="11900" w:h="16840"/>
          <w:pgMar w:top="284" w:right="556" w:bottom="700" w:left="646" w:header="720" w:footer="720" w:gutter="0"/>
          <w:cols w:space="720" w:equalWidth="0">
            <w:col w:w="10698" w:space="0"/>
          </w:cols>
          <w:docGrid w:linePitch="360"/>
        </w:sectPr>
      </w:pPr>
    </w:p>
    <w:p w:rsidR="002E6E29" w:rsidRDefault="002E6E29">
      <w:pPr>
        <w:autoSpaceDE w:val="0"/>
        <w:autoSpaceDN w:val="0"/>
        <w:spacing w:after="66" w:line="220" w:lineRule="exact"/>
      </w:pPr>
    </w:p>
    <w:tbl>
      <w:tblPr>
        <w:tblW w:w="0" w:type="auto"/>
        <w:tblInd w:w="4" w:type="dxa"/>
        <w:tblLayout w:type="fixed"/>
        <w:tblLook w:val="04A0" w:firstRow="1" w:lastRow="0" w:firstColumn="1" w:lastColumn="0" w:noHBand="0" w:noVBand="1"/>
      </w:tblPr>
      <w:tblGrid>
        <w:gridCol w:w="394"/>
        <w:gridCol w:w="4734"/>
        <w:gridCol w:w="574"/>
        <w:gridCol w:w="1266"/>
        <w:gridCol w:w="1306"/>
        <w:gridCol w:w="968"/>
        <w:gridCol w:w="1428"/>
      </w:tblGrid>
      <w:tr w:rsidR="002E6E29">
        <w:trPr>
          <w:trHeight w:hRule="exact" w:val="910"/>
        </w:trPr>
        <w:tc>
          <w:tcPr>
            <w:tcW w:w="3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68.</w:t>
            </w:r>
          </w:p>
        </w:tc>
        <w:tc>
          <w:tcPr>
            <w:tcW w:w="47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71" w:lineRule="auto"/>
              <w:ind w:left="56"/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Родная страна и страны изучаемого языка. названия родной страны и стран изучаемого языка, их </w:t>
            </w:r>
            <w:r w:rsidRPr="00614B77">
              <w:rPr>
                <w:lang w:val="ru-RU"/>
              </w:rPr>
              <w:br/>
            </w: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 xml:space="preserve">столицы.путешествие в Москву. </w:t>
            </w: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Повторение и контроль.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0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29.05.2023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 xml:space="preserve"> Устный опрос;</w:t>
            </w:r>
          </w:p>
        </w:tc>
      </w:tr>
      <w:tr w:rsidR="002E6E29">
        <w:trPr>
          <w:trHeight w:hRule="exact" w:val="364"/>
        </w:trPr>
        <w:tc>
          <w:tcPr>
            <w:tcW w:w="5128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Pr="00614B77" w:rsidRDefault="00614B77">
            <w:pPr>
              <w:autoSpaceDE w:val="0"/>
              <w:autoSpaceDN w:val="0"/>
              <w:spacing w:before="78" w:after="0" w:line="230" w:lineRule="auto"/>
              <w:ind w:left="56"/>
              <w:rPr>
                <w:lang w:val="ru-RU"/>
              </w:rPr>
            </w:pPr>
            <w:r w:rsidRPr="00614B77">
              <w:rPr>
                <w:rFonts w:ascii="Times New Roman" w:eastAsia="Times New Roman" w:hAnsi="Times New Roman"/>
                <w:color w:val="000000"/>
                <w:w w:val="98"/>
                <w:sz w:val="19"/>
                <w:lang w:val="ru-RU"/>
              </w:rPr>
              <w:t>ОБЩЕЕ КОЛИЧЕСТВО ЧАСОВ ПО ПРОГРАММЕ</w:t>
            </w:r>
          </w:p>
        </w:tc>
        <w:tc>
          <w:tcPr>
            <w:tcW w:w="57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68</w:t>
            </w:r>
          </w:p>
        </w:tc>
        <w:tc>
          <w:tcPr>
            <w:tcW w:w="126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4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1</w:t>
            </w:r>
          </w:p>
        </w:tc>
        <w:tc>
          <w:tcPr>
            <w:tcW w:w="130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E6E29" w:rsidRDefault="00614B77">
            <w:pPr>
              <w:autoSpaceDE w:val="0"/>
              <w:autoSpaceDN w:val="0"/>
              <w:spacing w:before="78" w:after="0" w:line="230" w:lineRule="auto"/>
              <w:ind w:left="58"/>
            </w:pPr>
            <w:r>
              <w:rPr>
                <w:rFonts w:ascii="Times New Roman" w:eastAsia="Times New Roman" w:hAnsi="Times New Roman"/>
                <w:color w:val="000000"/>
                <w:w w:val="98"/>
                <w:sz w:val="19"/>
              </w:rPr>
              <w:t>3</w:t>
            </w:r>
          </w:p>
        </w:tc>
        <w:tc>
          <w:tcPr>
            <w:tcW w:w="2396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2E6E29" w:rsidRDefault="002E6E29"/>
        </w:tc>
      </w:tr>
    </w:tbl>
    <w:p w:rsidR="002E6E29" w:rsidRDefault="002E6E29">
      <w:pPr>
        <w:autoSpaceDE w:val="0"/>
        <w:autoSpaceDN w:val="0"/>
        <w:spacing w:after="0" w:line="14" w:lineRule="exact"/>
      </w:pPr>
    </w:p>
    <w:p w:rsidR="002E6E29" w:rsidRDefault="002E6E29">
      <w:pPr>
        <w:sectPr w:rsidR="002E6E29">
          <w:pgSz w:w="11900" w:h="16840"/>
          <w:pgMar w:top="284" w:right="556" w:bottom="1440" w:left="646" w:header="720" w:footer="720" w:gutter="0"/>
          <w:cols w:space="720" w:equalWidth="0">
            <w:col w:w="10698" w:space="0"/>
          </w:cols>
          <w:docGrid w:linePitch="360"/>
        </w:sectPr>
      </w:pPr>
    </w:p>
    <w:p w:rsidR="002E6E29" w:rsidRDefault="002E6E29">
      <w:pPr>
        <w:autoSpaceDE w:val="0"/>
        <w:autoSpaceDN w:val="0"/>
        <w:spacing w:after="78" w:line="220" w:lineRule="exact"/>
      </w:pPr>
    </w:p>
    <w:p w:rsidR="002E6E29" w:rsidRPr="00614B77" w:rsidRDefault="00614B77">
      <w:pPr>
        <w:autoSpaceDE w:val="0"/>
        <w:autoSpaceDN w:val="0"/>
        <w:spacing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2E6E29" w:rsidRPr="00614B77" w:rsidRDefault="00614B77">
      <w:pPr>
        <w:autoSpaceDE w:val="0"/>
        <w:autoSpaceDN w:val="0"/>
        <w:spacing w:before="346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2E6E29" w:rsidRPr="00614B77" w:rsidRDefault="00614B77">
      <w:pPr>
        <w:autoSpaceDE w:val="0"/>
        <w:autoSpaceDN w:val="0"/>
        <w:spacing w:before="166" w:after="0" w:line="271" w:lineRule="auto"/>
        <w:ind w:right="288"/>
        <w:rPr>
          <w:lang w:val="ru-RU"/>
        </w:rPr>
      </w:pP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 xml:space="preserve">Бим И.Л., Рыжова Л.И., Немецкий язык (в 2 частях), 2 класс, Акционерное общество "Издательство "Просвещение";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2E6E29" w:rsidRPr="00614B77" w:rsidRDefault="00614B77">
      <w:pPr>
        <w:autoSpaceDE w:val="0"/>
        <w:autoSpaceDN w:val="0"/>
        <w:spacing w:before="262" w:after="0" w:line="230" w:lineRule="auto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2E6E29" w:rsidRPr="00614B77" w:rsidRDefault="002E6E29">
      <w:pPr>
        <w:autoSpaceDE w:val="0"/>
        <w:autoSpaceDN w:val="0"/>
        <w:spacing w:after="78" w:line="220" w:lineRule="exact"/>
        <w:rPr>
          <w:lang w:val="ru-RU"/>
        </w:rPr>
      </w:pPr>
    </w:p>
    <w:p w:rsidR="002E6E29" w:rsidRPr="00614B77" w:rsidRDefault="00614B77">
      <w:pPr>
        <w:autoSpaceDE w:val="0"/>
        <w:autoSpaceDN w:val="0"/>
        <w:spacing w:after="0" w:line="379" w:lineRule="auto"/>
        <w:ind w:right="432"/>
        <w:rPr>
          <w:lang w:val="ru-RU"/>
        </w:rPr>
      </w:pP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614B77">
        <w:rPr>
          <w:lang w:val="ru-RU"/>
        </w:rPr>
        <w:br/>
      </w:r>
      <w:r w:rsidRPr="00614B77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ЛАБОРАТОРНЫХ, ПРАКТИЧЕСКИХ РАБОТ, ДЕМОНСТРАЦИЙ</w:t>
      </w:r>
    </w:p>
    <w:p w:rsidR="002E6E29" w:rsidRPr="00614B77" w:rsidRDefault="002E6E29">
      <w:pPr>
        <w:rPr>
          <w:lang w:val="ru-RU"/>
        </w:rPr>
        <w:sectPr w:rsidR="002E6E29" w:rsidRPr="00614B77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F2F42" w:rsidRPr="00614B77" w:rsidRDefault="005F2F42">
      <w:pPr>
        <w:rPr>
          <w:lang w:val="ru-RU"/>
        </w:rPr>
      </w:pPr>
    </w:p>
    <w:sectPr w:rsidR="005F2F42" w:rsidRPr="00614B77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E6E29"/>
    <w:rsid w:val="00326F90"/>
    <w:rsid w:val="003E0AB6"/>
    <w:rsid w:val="005F2F42"/>
    <w:rsid w:val="00614B77"/>
    <w:rsid w:val="00866ECC"/>
    <w:rsid w:val="00AA1D8D"/>
    <w:rsid w:val="00B47730"/>
    <w:rsid w:val="00CB0664"/>
    <w:rsid w:val="00CC3255"/>
    <w:rsid w:val="00D238DF"/>
    <w:rsid w:val="00E3499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86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866E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866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866E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016ECA4-025A-4737-A341-4220CCD5D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23</Pages>
  <Words>6396</Words>
  <Characters>36459</Characters>
  <Application>Microsoft Office Word</Application>
  <DocSecurity>0</DocSecurity>
  <Lines>303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42770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User1</cp:lastModifiedBy>
  <cp:revision>4</cp:revision>
  <cp:lastPrinted>2022-07-04T17:04:00Z</cp:lastPrinted>
  <dcterms:created xsi:type="dcterms:W3CDTF">2013-12-23T23:15:00Z</dcterms:created>
  <dcterms:modified xsi:type="dcterms:W3CDTF">2022-08-28T18:04:00Z</dcterms:modified>
  <cp:category/>
</cp:coreProperties>
</file>